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6212C" w14:textId="21B0B0BD" w:rsidR="006A2D2B" w:rsidRDefault="002910A1">
      <w:pPr>
        <w:spacing w:before="240" w:after="40"/>
      </w:pPr>
      <w:r>
        <w:rPr>
          <w:b/>
          <w:noProof/>
          <w:color w:val="C6922D"/>
          <w:sz w:val="20"/>
        </w:rPr>
        <w:drawing>
          <wp:anchor distT="0" distB="0" distL="114300" distR="114300" simplePos="0" relativeHeight="251658240" behindDoc="0" locked="0" layoutInCell="1" allowOverlap="1" wp14:anchorId="1278F4A4" wp14:editId="454A206D">
            <wp:simplePos x="0" y="0"/>
            <wp:positionH relativeFrom="column">
              <wp:posOffset>5232400</wp:posOffset>
            </wp:positionH>
            <wp:positionV relativeFrom="paragraph">
              <wp:posOffset>-711200</wp:posOffset>
            </wp:positionV>
            <wp:extent cx="1389380" cy="963053"/>
            <wp:effectExtent l="0" t="0" r="1270" b="8890"/>
            <wp:wrapNone/>
            <wp:docPr id="595746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74680" name="Picture 59574680"/>
                    <pic:cNvPicPr/>
                  </pic:nvPicPr>
                  <pic:blipFill>
                    <a:blip r:embed="rId8"/>
                    <a:stretch>
                      <a:fillRect/>
                    </a:stretch>
                  </pic:blipFill>
                  <pic:spPr>
                    <a:xfrm>
                      <a:off x="0" y="0"/>
                      <a:ext cx="1397397" cy="968610"/>
                    </a:xfrm>
                    <a:prstGeom prst="rect">
                      <a:avLst/>
                    </a:prstGeom>
                  </pic:spPr>
                </pic:pic>
              </a:graphicData>
            </a:graphic>
            <wp14:sizeRelH relativeFrom="page">
              <wp14:pctWidth>0</wp14:pctWidth>
            </wp14:sizeRelH>
            <wp14:sizeRelV relativeFrom="page">
              <wp14:pctHeight>0</wp14:pctHeight>
            </wp14:sizeRelV>
          </wp:anchor>
        </w:drawing>
      </w:r>
      <w:r w:rsidR="00A36B6F">
        <w:rPr>
          <w:b/>
          <w:color w:val="C6922D"/>
          <w:sz w:val="20"/>
        </w:rPr>
        <w:t>RECRUITMENT PACK</w:t>
      </w:r>
    </w:p>
    <w:p w14:paraId="4B837079" w14:textId="77777777" w:rsidR="006A2D2B" w:rsidRDefault="00A36B6F">
      <w:pPr>
        <w:spacing w:after="100"/>
      </w:pPr>
      <w:r>
        <w:rPr>
          <w:b/>
          <w:color w:val="17324D"/>
          <w:sz w:val="56"/>
        </w:rPr>
        <w:t>Community Facilities Assistant</w:t>
      </w:r>
    </w:p>
    <w:p w14:paraId="45EB303A" w14:textId="6F4424ED" w:rsidR="006A2D2B" w:rsidRDefault="00A36B6F" w:rsidP="002C3733">
      <w:pPr>
        <w:spacing w:after="360"/>
      </w:pPr>
      <w:r>
        <w:rPr>
          <w:color w:val="5F6872"/>
          <w:sz w:val="27"/>
        </w:rPr>
        <w:t>A practical, welcoming role helping Whitburn Community Centre run safely and smoothl</w:t>
      </w:r>
      <w:r w:rsidR="002C3733">
        <w:rPr>
          <w:color w:val="5F6872"/>
          <w:sz w:val="27"/>
        </w:rPr>
        <w:t>y.</w:t>
      </w:r>
    </w:p>
    <w:p w14:paraId="6AA60207" w14:textId="77777777" w:rsidR="006A2D2B" w:rsidRDefault="00A36B6F">
      <w:pPr>
        <w:pStyle w:val="Heading1"/>
      </w:pPr>
      <w:r>
        <w:t>Vacancy at a glance</w:t>
      </w:r>
    </w:p>
    <w:tbl>
      <w:tblPr>
        <w:tblStyle w:val="TableGrid"/>
        <w:tblW w:w="9360" w:type="dxa"/>
        <w:tblInd w:w="120" w:type="dxa"/>
        <w:tblLayout w:type="fixed"/>
        <w:tblLook w:val="04A0" w:firstRow="1" w:lastRow="0" w:firstColumn="1" w:lastColumn="0" w:noHBand="0" w:noVBand="1"/>
      </w:tblPr>
      <w:tblGrid>
        <w:gridCol w:w="2700"/>
        <w:gridCol w:w="6660"/>
      </w:tblGrid>
      <w:tr w:rsidR="006A2D2B" w14:paraId="493EE9EC" w14:textId="77777777">
        <w:tc>
          <w:tcPr>
            <w:tcW w:w="2700" w:type="dxa"/>
            <w:shd w:val="clear" w:color="auto" w:fill="E8EEF5"/>
            <w:tcMar>
              <w:top w:w="80" w:type="dxa"/>
              <w:left w:w="120" w:type="dxa"/>
              <w:bottom w:w="80" w:type="dxa"/>
              <w:right w:w="120" w:type="dxa"/>
            </w:tcMar>
            <w:vAlign w:val="center"/>
          </w:tcPr>
          <w:p w14:paraId="7DA8B908" w14:textId="77777777" w:rsidR="006A2D2B" w:rsidRDefault="00A36B6F">
            <w:pPr>
              <w:spacing w:after="0"/>
            </w:pPr>
            <w:r>
              <w:rPr>
                <w:b/>
                <w:color w:val="17324D"/>
                <w:sz w:val="20"/>
              </w:rPr>
              <w:t>Employer</w:t>
            </w:r>
          </w:p>
        </w:tc>
        <w:tc>
          <w:tcPr>
            <w:tcW w:w="6660" w:type="dxa"/>
            <w:tcMar>
              <w:top w:w="80" w:type="dxa"/>
              <w:left w:w="120" w:type="dxa"/>
              <w:bottom w:w="80" w:type="dxa"/>
              <w:right w:w="120" w:type="dxa"/>
            </w:tcMar>
            <w:vAlign w:val="center"/>
          </w:tcPr>
          <w:p w14:paraId="4CCF56BA" w14:textId="77777777" w:rsidR="006A2D2B" w:rsidRDefault="00A36B6F">
            <w:pPr>
              <w:spacing w:after="0"/>
            </w:pPr>
            <w:r>
              <w:rPr>
                <w:sz w:val="20"/>
              </w:rPr>
              <w:t>Whitburn and District Community Development Trust</w:t>
            </w:r>
          </w:p>
        </w:tc>
      </w:tr>
      <w:tr w:rsidR="006A2D2B" w14:paraId="7B94B426" w14:textId="77777777">
        <w:tc>
          <w:tcPr>
            <w:tcW w:w="2700" w:type="dxa"/>
            <w:shd w:val="clear" w:color="auto" w:fill="E8EEF5"/>
            <w:tcMar>
              <w:top w:w="80" w:type="dxa"/>
              <w:left w:w="120" w:type="dxa"/>
              <w:bottom w:w="80" w:type="dxa"/>
              <w:right w:w="120" w:type="dxa"/>
            </w:tcMar>
            <w:vAlign w:val="center"/>
          </w:tcPr>
          <w:p w14:paraId="0DA0E019" w14:textId="77777777" w:rsidR="006A2D2B" w:rsidRDefault="00A36B6F">
            <w:pPr>
              <w:spacing w:after="0"/>
            </w:pPr>
            <w:r>
              <w:rPr>
                <w:b/>
                <w:color w:val="17324D"/>
                <w:sz w:val="20"/>
              </w:rPr>
              <w:t>Role</w:t>
            </w:r>
          </w:p>
        </w:tc>
        <w:tc>
          <w:tcPr>
            <w:tcW w:w="6660" w:type="dxa"/>
            <w:tcMar>
              <w:top w:w="80" w:type="dxa"/>
              <w:left w:w="120" w:type="dxa"/>
              <w:bottom w:w="80" w:type="dxa"/>
              <w:right w:w="120" w:type="dxa"/>
            </w:tcMar>
            <w:vAlign w:val="center"/>
          </w:tcPr>
          <w:p w14:paraId="6FC1DEFE" w14:textId="77777777" w:rsidR="006A2D2B" w:rsidRDefault="00A36B6F">
            <w:pPr>
              <w:spacing w:after="0"/>
            </w:pPr>
            <w:r>
              <w:rPr>
                <w:sz w:val="20"/>
              </w:rPr>
              <w:t>Community Facilities Assistant</w:t>
            </w:r>
          </w:p>
        </w:tc>
      </w:tr>
      <w:tr w:rsidR="006A2D2B" w14:paraId="26F74592" w14:textId="77777777">
        <w:tc>
          <w:tcPr>
            <w:tcW w:w="2700" w:type="dxa"/>
            <w:shd w:val="clear" w:color="auto" w:fill="E8EEF5"/>
            <w:tcMar>
              <w:top w:w="80" w:type="dxa"/>
              <w:left w:w="120" w:type="dxa"/>
              <w:bottom w:w="80" w:type="dxa"/>
              <w:right w:w="120" w:type="dxa"/>
            </w:tcMar>
            <w:vAlign w:val="center"/>
          </w:tcPr>
          <w:p w14:paraId="12D01C01" w14:textId="77777777" w:rsidR="006A2D2B" w:rsidRDefault="00A36B6F">
            <w:pPr>
              <w:spacing w:after="0"/>
            </w:pPr>
            <w:r>
              <w:rPr>
                <w:b/>
                <w:color w:val="17324D"/>
                <w:sz w:val="20"/>
              </w:rPr>
              <w:t>Posts and hours</w:t>
            </w:r>
          </w:p>
        </w:tc>
        <w:tc>
          <w:tcPr>
            <w:tcW w:w="6660" w:type="dxa"/>
            <w:tcMar>
              <w:top w:w="80" w:type="dxa"/>
              <w:left w:w="120" w:type="dxa"/>
              <w:bottom w:w="80" w:type="dxa"/>
              <w:right w:w="120" w:type="dxa"/>
            </w:tcMar>
            <w:vAlign w:val="center"/>
          </w:tcPr>
          <w:p w14:paraId="54CF1220" w14:textId="650FC695" w:rsidR="006A2D2B" w:rsidRDefault="00A36B6F" w:rsidP="00FE26BD">
            <w:pPr>
              <w:spacing w:after="0"/>
            </w:pPr>
            <w:r>
              <w:rPr>
                <w:sz w:val="20"/>
              </w:rPr>
              <w:t>Three posts: two at 12 hours and one at 16 hours per week (</w:t>
            </w:r>
            <w:r w:rsidR="00FE26BD" w:rsidRPr="00FE26BD">
              <w:rPr>
                <w:sz w:val="20"/>
                <w:szCs w:val="20"/>
              </w:rPr>
              <w:t>40</w:t>
            </w:r>
            <w:r>
              <w:rPr>
                <w:sz w:val="20"/>
              </w:rPr>
              <w:t xml:space="preserve"> hours across the team)</w:t>
            </w:r>
          </w:p>
        </w:tc>
      </w:tr>
      <w:tr w:rsidR="006A2D2B" w14:paraId="361B8CBE" w14:textId="77777777">
        <w:tc>
          <w:tcPr>
            <w:tcW w:w="2700" w:type="dxa"/>
            <w:shd w:val="clear" w:color="auto" w:fill="E8EEF5"/>
            <w:tcMar>
              <w:top w:w="80" w:type="dxa"/>
              <w:left w:w="120" w:type="dxa"/>
              <w:bottom w:w="80" w:type="dxa"/>
              <w:right w:w="120" w:type="dxa"/>
            </w:tcMar>
            <w:vAlign w:val="center"/>
          </w:tcPr>
          <w:p w14:paraId="7734B3C0" w14:textId="77777777" w:rsidR="006A2D2B" w:rsidRDefault="00A36B6F">
            <w:pPr>
              <w:spacing w:after="0"/>
            </w:pPr>
            <w:r>
              <w:rPr>
                <w:b/>
                <w:color w:val="17324D"/>
                <w:sz w:val="20"/>
              </w:rPr>
              <w:t>Pay</w:t>
            </w:r>
          </w:p>
        </w:tc>
        <w:tc>
          <w:tcPr>
            <w:tcW w:w="6660" w:type="dxa"/>
            <w:tcMar>
              <w:top w:w="80" w:type="dxa"/>
              <w:left w:w="120" w:type="dxa"/>
              <w:bottom w:w="80" w:type="dxa"/>
              <w:right w:w="120" w:type="dxa"/>
            </w:tcMar>
            <w:vAlign w:val="center"/>
          </w:tcPr>
          <w:p w14:paraId="3BE0B20E" w14:textId="101CCCA2" w:rsidR="006A2D2B" w:rsidRDefault="00A36B6F" w:rsidP="003D0E95">
            <w:pPr>
              <w:spacing w:after="0"/>
            </w:pPr>
            <w:r>
              <w:rPr>
                <w:sz w:val="20"/>
              </w:rPr>
              <w:t>£15.00 per hour; £9,</w:t>
            </w:r>
            <w:r w:rsidR="003D0E95" w:rsidRPr="003D0E95">
              <w:rPr>
                <w:sz w:val="20"/>
                <w:szCs w:val="20"/>
              </w:rPr>
              <w:t>360</w:t>
            </w:r>
            <w:r>
              <w:rPr>
                <w:sz w:val="20"/>
              </w:rPr>
              <w:t xml:space="preserve"> annually for each 12-hour post and £12,480 for the 16-hour post</w:t>
            </w:r>
          </w:p>
        </w:tc>
      </w:tr>
      <w:tr w:rsidR="006A2D2B" w14:paraId="2243C86F" w14:textId="77777777">
        <w:tc>
          <w:tcPr>
            <w:tcW w:w="2700" w:type="dxa"/>
            <w:shd w:val="clear" w:color="auto" w:fill="E8EEF5"/>
            <w:tcMar>
              <w:top w:w="80" w:type="dxa"/>
              <w:left w:w="120" w:type="dxa"/>
              <w:bottom w:w="80" w:type="dxa"/>
              <w:right w:w="120" w:type="dxa"/>
            </w:tcMar>
            <w:vAlign w:val="center"/>
          </w:tcPr>
          <w:p w14:paraId="59F31DB4" w14:textId="77777777" w:rsidR="006A2D2B" w:rsidRDefault="00A36B6F">
            <w:pPr>
              <w:spacing w:after="0"/>
            </w:pPr>
            <w:r>
              <w:rPr>
                <w:b/>
                <w:color w:val="17324D"/>
                <w:sz w:val="20"/>
              </w:rPr>
              <w:t>Contract</w:t>
            </w:r>
          </w:p>
        </w:tc>
        <w:tc>
          <w:tcPr>
            <w:tcW w:w="6660" w:type="dxa"/>
            <w:tcMar>
              <w:top w:w="80" w:type="dxa"/>
              <w:left w:w="120" w:type="dxa"/>
              <w:bottom w:w="80" w:type="dxa"/>
              <w:right w:w="120" w:type="dxa"/>
            </w:tcMar>
            <w:vAlign w:val="center"/>
          </w:tcPr>
          <w:p w14:paraId="5EC76392" w14:textId="18C6DF34" w:rsidR="006A2D2B" w:rsidRDefault="00BC756F">
            <w:pPr>
              <w:spacing w:after="0"/>
            </w:pPr>
            <w:r>
              <w:rPr>
                <w:sz w:val="20"/>
              </w:rPr>
              <w:t>Fixed term</w:t>
            </w:r>
            <w:r w:rsidR="00EA4A09">
              <w:rPr>
                <w:sz w:val="20"/>
              </w:rPr>
              <w:t xml:space="preserve"> contract</w:t>
            </w:r>
          </w:p>
        </w:tc>
      </w:tr>
      <w:tr w:rsidR="006A2D2B" w14:paraId="6DA4CA06" w14:textId="77777777">
        <w:tc>
          <w:tcPr>
            <w:tcW w:w="2700" w:type="dxa"/>
            <w:shd w:val="clear" w:color="auto" w:fill="E8EEF5"/>
            <w:tcMar>
              <w:top w:w="80" w:type="dxa"/>
              <w:left w:w="120" w:type="dxa"/>
              <w:bottom w:w="80" w:type="dxa"/>
              <w:right w:w="120" w:type="dxa"/>
            </w:tcMar>
            <w:vAlign w:val="center"/>
          </w:tcPr>
          <w:p w14:paraId="1D6D0F7C" w14:textId="77777777" w:rsidR="006A2D2B" w:rsidRDefault="00A36B6F">
            <w:pPr>
              <w:spacing w:after="0"/>
            </w:pPr>
            <w:r>
              <w:rPr>
                <w:b/>
                <w:color w:val="17324D"/>
                <w:sz w:val="20"/>
              </w:rPr>
              <w:t>Location</w:t>
            </w:r>
          </w:p>
        </w:tc>
        <w:tc>
          <w:tcPr>
            <w:tcW w:w="6660" w:type="dxa"/>
            <w:tcMar>
              <w:top w:w="80" w:type="dxa"/>
              <w:left w:w="120" w:type="dxa"/>
              <w:bottom w:w="80" w:type="dxa"/>
              <w:right w:w="120" w:type="dxa"/>
            </w:tcMar>
            <w:vAlign w:val="center"/>
          </w:tcPr>
          <w:p w14:paraId="7BF7D49F" w14:textId="77777777" w:rsidR="006A2D2B" w:rsidRDefault="00A36B6F">
            <w:pPr>
              <w:spacing w:after="0"/>
            </w:pPr>
            <w:r>
              <w:rPr>
                <w:sz w:val="20"/>
              </w:rPr>
              <w:t>Whitburn Community Centre, West Lothian</w:t>
            </w:r>
          </w:p>
        </w:tc>
      </w:tr>
      <w:tr w:rsidR="006A2D2B" w14:paraId="608A6F78" w14:textId="77777777">
        <w:tc>
          <w:tcPr>
            <w:tcW w:w="2700" w:type="dxa"/>
            <w:shd w:val="clear" w:color="auto" w:fill="E8EEF5"/>
            <w:tcMar>
              <w:top w:w="80" w:type="dxa"/>
              <w:left w:w="120" w:type="dxa"/>
              <w:bottom w:w="80" w:type="dxa"/>
              <w:right w:w="120" w:type="dxa"/>
            </w:tcMar>
            <w:vAlign w:val="center"/>
          </w:tcPr>
          <w:p w14:paraId="65E74888" w14:textId="77777777" w:rsidR="006A2D2B" w:rsidRDefault="00A36B6F">
            <w:pPr>
              <w:spacing w:after="0"/>
            </w:pPr>
            <w:r>
              <w:rPr>
                <w:b/>
                <w:color w:val="17324D"/>
                <w:sz w:val="20"/>
              </w:rPr>
              <w:t>Reports to</w:t>
            </w:r>
          </w:p>
        </w:tc>
        <w:tc>
          <w:tcPr>
            <w:tcW w:w="6660" w:type="dxa"/>
            <w:tcMar>
              <w:top w:w="80" w:type="dxa"/>
              <w:left w:w="120" w:type="dxa"/>
              <w:bottom w:w="80" w:type="dxa"/>
              <w:right w:w="120" w:type="dxa"/>
            </w:tcMar>
            <w:vAlign w:val="center"/>
          </w:tcPr>
          <w:p w14:paraId="74D66916" w14:textId="77777777" w:rsidR="006A2D2B" w:rsidRDefault="00A36B6F">
            <w:pPr>
              <w:spacing w:after="0"/>
            </w:pPr>
            <w:r>
              <w:rPr>
                <w:sz w:val="20"/>
              </w:rPr>
              <w:t>Trust Manager</w:t>
            </w:r>
          </w:p>
        </w:tc>
      </w:tr>
      <w:tr w:rsidR="006A2D2B" w14:paraId="39AB4CEA" w14:textId="77777777">
        <w:tc>
          <w:tcPr>
            <w:tcW w:w="2700" w:type="dxa"/>
            <w:shd w:val="clear" w:color="auto" w:fill="E8EEF5"/>
            <w:tcMar>
              <w:top w:w="80" w:type="dxa"/>
              <w:left w:w="120" w:type="dxa"/>
              <w:bottom w:w="80" w:type="dxa"/>
              <w:right w:w="120" w:type="dxa"/>
            </w:tcMar>
            <w:vAlign w:val="center"/>
          </w:tcPr>
          <w:p w14:paraId="39E33FD0" w14:textId="77777777" w:rsidR="006A2D2B" w:rsidRDefault="00A36B6F">
            <w:pPr>
              <w:spacing w:after="0"/>
            </w:pPr>
            <w:r>
              <w:rPr>
                <w:b/>
                <w:color w:val="17324D"/>
                <w:sz w:val="20"/>
              </w:rPr>
              <w:t>Working pattern</w:t>
            </w:r>
          </w:p>
        </w:tc>
        <w:tc>
          <w:tcPr>
            <w:tcW w:w="6660" w:type="dxa"/>
            <w:tcMar>
              <w:top w:w="80" w:type="dxa"/>
              <w:left w:w="120" w:type="dxa"/>
              <w:bottom w:w="80" w:type="dxa"/>
              <w:right w:w="120" w:type="dxa"/>
            </w:tcMar>
            <w:vAlign w:val="center"/>
          </w:tcPr>
          <w:p w14:paraId="5E13D3A5" w14:textId="77777777" w:rsidR="006A2D2B" w:rsidRDefault="00A36B6F">
            <w:pPr>
              <w:spacing w:after="0"/>
            </w:pPr>
            <w:r>
              <w:rPr>
                <w:sz w:val="20"/>
              </w:rPr>
              <w:t>Regular weekday evenings and/or weekend shifts, with additional cover by agreement</w:t>
            </w:r>
          </w:p>
        </w:tc>
      </w:tr>
      <w:tr w:rsidR="006A2D2B" w14:paraId="2D6D72A7" w14:textId="77777777">
        <w:tc>
          <w:tcPr>
            <w:tcW w:w="2700" w:type="dxa"/>
            <w:shd w:val="clear" w:color="auto" w:fill="E8EEF5"/>
            <w:tcMar>
              <w:top w:w="80" w:type="dxa"/>
              <w:left w:w="120" w:type="dxa"/>
              <w:bottom w:w="80" w:type="dxa"/>
              <w:right w:w="120" w:type="dxa"/>
            </w:tcMar>
            <w:vAlign w:val="center"/>
          </w:tcPr>
          <w:p w14:paraId="7BB27D07" w14:textId="77777777" w:rsidR="006A2D2B" w:rsidRDefault="00A36B6F">
            <w:pPr>
              <w:spacing w:after="0"/>
            </w:pPr>
            <w:r>
              <w:rPr>
                <w:b/>
                <w:color w:val="17324D"/>
                <w:sz w:val="20"/>
              </w:rPr>
              <w:t>Closing date</w:t>
            </w:r>
          </w:p>
        </w:tc>
        <w:tc>
          <w:tcPr>
            <w:tcW w:w="6660" w:type="dxa"/>
            <w:tcMar>
              <w:top w:w="80" w:type="dxa"/>
              <w:left w:w="120" w:type="dxa"/>
              <w:bottom w:w="80" w:type="dxa"/>
              <w:right w:w="120" w:type="dxa"/>
            </w:tcMar>
            <w:vAlign w:val="center"/>
          </w:tcPr>
          <w:p w14:paraId="09737573" w14:textId="0F63492A" w:rsidR="006A2D2B" w:rsidRPr="008B20B0" w:rsidRDefault="002C3733">
            <w:pPr>
              <w:spacing w:after="0"/>
              <w:rPr>
                <w:highlight w:val="yellow"/>
              </w:rPr>
            </w:pPr>
            <w:r w:rsidRPr="002C3733">
              <w:rPr>
                <w:sz w:val="20"/>
              </w:rPr>
              <w:t>Monday 14</w:t>
            </w:r>
            <w:r w:rsidRPr="002C3733">
              <w:rPr>
                <w:sz w:val="20"/>
                <w:vertAlign w:val="superscript"/>
              </w:rPr>
              <w:t>th</w:t>
            </w:r>
            <w:r w:rsidRPr="002C3733">
              <w:rPr>
                <w:sz w:val="20"/>
              </w:rPr>
              <w:t xml:space="preserve"> September at 5pm</w:t>
            </w:r>
          </w:p>
        </w:tc>
      </w:tr>
      <w:tr w:rsidR="006A2D2B" w14:paraId="34203B5C" w14:textId="77777777">
        <w:tc>
          <w:tcPr>
            <w:tcW w:w="2700" w:type="dxa"/>
            <w:shd w:val="clear" w:color="auto" w:fill="E8EEF5"/>
            <w:tcMar>
              <w:top w:w="80" w:type="dxa"/>
              <w:left w:w="120" w:type="dxa"/>
              <w:bottom w:w="80" w:type="dxa"/>
              <w:right w:w="120" w:type="dxa"/>
            </w:tcMar>
            <w:vAlign w:val="center"/>
          </w:tcPr>
          <w:p w14:paraId="5AD43B25" w14:textId="77777777" w:rsidR="006A2D2B" w:rsidRDefault="00A36B6F">
            <w:pPr>
              <w:spacing w:after="0"/>
            </w:pPr>
            <w:r>
              <w:rPr>
                <w:b/>
                <w:color w:val="17324D"/>
                <w:sz w:val="20"/>
              </w:rPr>
              <w:t>Interview date</w:t>
            </w:r>
          </w:p>
        </w:tc>
        <w:tc>
          <w:tcPr>
            <w:tcW w:w="6660" w:type="dxa"/>
            <w:tcMar>
              <w:top w:w="80" w:type="dxa"/>
              <w:left w:w="120" w:type="dxa"/>
              <w:bottom w:w="80" w:type="dxa"/>
              <w:right w:w="120" w:type="dxa"/>
            </w:tcMar>
            <w:vAlign w:val="center"/>
          </w:tcPr>
          <w:p w14:paraId="1AEDE96A" w14:textId="681BD5BB" w:rsidR="006A2D2B" w:rsidRPr="008B20B0" w:rsidRDefault="002C3733">
            <w:pPr>
              <w:spacing w:after="0"/>
              <w:rPr>
                <w:highlight w:val="yellow"/>
              </w:rPr>
            </w:pPr>
            <w:r w:rsidRPr="002C3733">
              <w:rPr>
                <w:sz w:val="20"/>
              </w:rPr>
              <w:t>Friday 18</w:t>
            </w:r>
            <w:r w:rsidRPr="002C3733">
              <w:rPr>
                <w:sz w:val="20"/>
                <w:vertAlign w:val="superscript"/>
              </w:rPr>
              <w:t>th</w:t>
            </w:r>
            <w:r w:rsidRPr="002C3733">
              <w:rPr>
                <w:sz w:val="20"/>
              </w:rPr>
              <w:t xml:space="preserve"> September</w:t>
            </w:r>
          </w:p>
        </w:tc>
      </w:tr>
    </w:tbl>
    <w:p w14:paraId="53920692" w14:textId="77777777" w:rsidR="006A2D2B" w:rsidRDefault="00A36B6F">
      <w:pPr>
        <w:pStyle w:val="Heading2"/>
      </w:pPr>
      <w:r>
        <w:t>Planned core rota</w:t>
      </w:r>
    </w:p>
    <w:p w14:paraId="2412FA30" w14:textId="01D78093" w:rsidR="006A2D2B" w:rsidRDefault="00A36B6F">
      <w:r>
        <w:rPr>
          <w:sz w:val="21"/>
        </w:rPr>
        <w:t xml:space="preserve">One Community Facilities Assistant will normally be on duty for each shift. </w:t>
      </w:r>
      <w:r w:rsidR="006B5A7D">
        <w:rPr>
          <w:sz w:val="21"/>
        </w:rPr>
        <w:t>An Example</w:t>
      </w:r>
      <w:r>
        <w:rPr>
          <w:sz w:val="21"/>
        </w:rPr>
        <w:t xml:space="preserve"> three-post structure is:</w:t>
      </w:r>
    </w:p>
    <w:p w14:paraId="6B04D4DC" w14:textId="77777777" w:rsidR="006A2D2B" w:rsidRDefault="00A36B6F">
      <w:pPr>
        <w:pStyle w:val="CFABullet"/>
      </w:pPr>
      <w:r>
        <w:rPr>
          <w:sz w:val="21"/>
        </w:rPr>
        <w:t>12-hour Post 1: one weekday evening shift plus the Saturday shift.</w:t>
      </w:r>
    </w:p>
    <w:p w14:paraId="053574A7" w14:textId="77777777" w:rsidR="006A2D2B" w:rsidRDefault="00A36B6F">
      <w:pPr>
        <w:pStyle w:val="CFABullet"/>
      </w:pPr>
      <w:r>
        <w:rPr>
          <w:sz w:val="21"/>
        </w:rPr>
        <w:t>12-hour Post 2: one weekday evening shift plus the Sunday shift.</w:t>
      </w:r>
    </w:p>
    <w:p w14:paraId="47CAEED5" w14:textId="77777777" w:rsidR="006A2D2B" w:rsidRDefault="00A36B6F">
      <w:pPr>
        <w:pStyle w:val="CFABullet"/>
      </w:pPr>
      <w:r>
        <w:rPr>
          <w:sz w:val="21"/>
        </w:rPr>
        <w:t>16-hour Post: three weekday evening shifts plus one flexible operational hour for building checks, stock checks, handover, training or another agreed duty.</w:t>
      </w:r>
    </w:p>
    <w:p w14:paraId="4F394BA0" w14:textId="77777777" w:rsidR="006A2D2B" w:rsidRDefault="00A36B6F">
      <w:pPr>
        <w:spacing w:after="100"/>
      </w:pPr>
      <w:r>
        <w:rPr>
          <w:i/>
          <w:color w:val="5F6872"/>
          <w:sz w:val="18"/>
        </w:rPr>
        <w:t>The exact weekday allocated to each post may be adjusted when forming the rota and will be confirmed with successful candidates before appointment.</w:t>
      </w:r>
    </w:p>
    <w:p w14:paraId="641728B1" w14:textId="77777777" w:rsidR="006A2D2B" w:rsidRDefault="00A36B6F">
      <w:pPr>
        <w:pStyle w:val="Heading1"/>
      </w:pPr>
      <w:r>
        <w:lastRenderedPageBreak/>
        <w:t>About the Trust and the Centre</w:t>
      </w:r>
    </w:p>
    <w:p w14:paraId="6780F9E5" w14:textId="77777777" w:rsidR="006A2D2B" w:rsidRDefault="00A36B6F">
      <w:r>
        <w:rPr>
          <w:sz w:val="21"/>
        </w:rPr>
        <w:t>Whitburn and District Community Development Trust is a community-led Scottish charity working to improve opportunities, services and community life in Whitburn and the surrounding district.</w:t>
      </w:r>
    </w:p>
    <w:p w14:paraId="59FFC019" w14:textId="77777777" w:rsidR="006A2D2B" w:rsidRDefault="00A36B6F">
      <w:r>
        <w:rPr>
          <w:sz w:val="21"/>
        </w:rPr>
        <w:t>The Trust operates Whitburn Community Centre and delivers projects including the Community Fridge, Community Support Hub, Community Garden and Brunch Club, alongside wider health, wellbeing and community initiatives. The Centre is used by local residents, community groups, clubs, service providers and private hirers throughout the week.</w:t>
      </w:r>
    </w:p>
    <w:p w14:paraId="43796D3A" w14:textId="77777777" w:rsidR="006A2D2B" w:rsidRDefault="00A36B6F">
      <w:pPr>
        <w:pStyle w:val="Heading1"/>
      </w:pPr>
      <w:r>
        <w:t>The opportunity</w:t>
      </w:r>
    </w:p>
    <w:p w14:paraId="02983E6B" w14:textId="77777777" w:rsidR="006A2D2B" w:rsidRDefault="00A36B6F" w:rsidP="00B76BCC">
      <w:r>
        <w:rPr>
          <w:sz w:val="21"/>
        </w:rPr>
        <w:t>We are recruiting three dependable and approachable Community Facilities Assistants: two posts of 12 hours per week and one post of 16 hours per week. The team will provide evening and weekend cover, welcome building users, prepare rooms, carry out routine safety checks and make sure the Centre is opened, operated and secured correctly.</w:t>
      </w:r>
    </w:p>
    <w:p w14:paraId="175FB28B" w14:textId="77777777" w:rsidR="006A2D2B" w:rsidRDefault="00A36B6F">
      <w:r>
        <w:rPr>
          <w:sz w:val="21"/>
        </w:rPr>
        <w:t>This is a hands-on, site-based role. It would suit someone who enjoys helping people, notices practical problems, follows clear procedures and can remain calm and responsible while working independently.</w:t>
      </w:r>
    </w:p>
    <w:p w14:paraId="4D513F29" w14:textId="77777777" w:rsidR="006A2D2B" w:rsidRDefault="00A36B6F">
      <w:pPr>
        <w:pStyle w:val="Heading2"/>
      </w:pPr>
      <w:r>
        <w:t>What we offer</w:t>
      </w:r>
    </w:p>
    <w:p w14:paraId="40F0D85E" w14:textId="77777777" w:rsidR="006A2D2B" w:rsidRDefault="00A36B6F">
      <w:pPr>
        <w:pStyle w:val="CFABullet"/>
      </w:pPr>
      <w:r>
        <w:rPr>
          <w:sz w:val="21"/>
        </w:rPr>
        <w:t>Pay of £15.00 per hour.</w:t>
      </w:r>
    </w:p>
    <w:p w14:paraId="72A96B22" w14:textId="77777777" w:rsidR="006A2D2B" w:rsidRDefault="00A36B6F">
      <w:pPr>
        <w:pStyle w:val="CFABullet"/>
      </w:pPr>
      <w:r>
        <w:rPr>
          <w:sz w:val="21"/>
        </w:rPr>
        <w:t>A regular part-time shift pattern agreed before appointment.</w:t>
      </w:r>
    </w:p>
    <w:p w14:paraId="687FE126" w14:textId="77777777" w:rsidR="006A2D2B" w:rsidRDefault="00A36B6F">
      <w:pPr>
        <w:pStyle w:val="CFABullet"/>
      </w:pPr>
      <w:r>
        <w:rPr>
          <w:sz w:val="21"/>
        </w:rPr>
        <w:t>30 days' annual leave including public holidays, calculated pro rata and confirmed in the contract.</w:t>
      </w:r>
    </w:p>
    <w:p w14:paraId="0CED5AEE" w14:textId="77777777" w:rsidR="006A2D2B" w:rsidRDefault="00A36B6F">
      <w:pPr>
        <w:pStyle w:val="CFABullet"/>
      </w:pPr>
      <w:r>
        <w:rPr>
          <w:sz w:val="21"/>
        </w:rPr>
        <w:t>Access to the Trust's NEST pension arrangements in accordance with statutory eligibility and opt-in rights.</w:t>
      </w:r>
    </w:p>
    <w:p w14:paraId="08C61410" w14:textId="77777777" w:rsidR="006A2D2B" w:rsidRDefault="00A36B6F">
      <w:pPr>
        <w:pStyle w:val="CFABullet"/>
      </w:pPr>
      <w:r>
        <w:rPr>
          <w:sz w:val="21"/>
        </w:rPr>
        <w:t>Induction and role-specific training, including the Centre's opening, closing, safety and emergency procedures.</w:t>
      </w:r>
    </w:p>
    <w:p w14:paraId="31FC54BF" w14:textId="77777777" w:rsidR="006A2D2B" w:rsidRDefault="00A36B6F">
      <w:pPr>
        <w:pStyle w:val="Heading2"/>
      </w:pPr>
      <w:r>
        <w:t>Important features of the role</w:t>
      </w:r>
    </w:p>
    <w:p w14:paraId="384C004C" w14:textId="77777777" w:rsidR="006A2D2B" w:rsidRDefault="00A36B6F">
      <w:pPr>
        <w:pStyle w:val="CFABullet"/>
      </w:pPr>
      <w:r>
        <w:rPr>
          <w:sz w:val="21"/>
        </w:rPr>
        <w:t>Regular evening and weekend work, including shifts ending at 10.00pm.</w:t>
      </w:r>
    </w:p>
    <w:p w14:paraId="56B44670" w14:textId="77777777" w:rsidR="006A2D2B" w:rsidRDefault="00A36B6F">
      <w:pPr>
        <w:pStyle w:val="CFABullet"/>
      </w:pPr>
      <w:r>
        <w:rPr>
          <w:sz w:val="21"/>
        </w:rPr>
        <w:t>Periods of lone working, supported by agreed check-in and escalation procedures.</w:t>
      </w:r>
    </w:p>
    <w:p w14:paraId="5CFF26EE" w14:textId="77777777" w:rsidR="006A2D2B" w:rsidRDefault="00A36B6F">
      <w:pPr>
        <w:pStyle w:val="CFABullet"/>
      </w:pPr>
      <w:r>
        <w:rPr>
          <w:sz w:val="21"/>
        </w:rPr>
        <w:t>Standing and walking around the building, using stairs and moving tables, chairs and light equipment safely.</w:t>
      </w:r>
    </w:p>
    <w:p w14:paraId="4385560C" w14:textId="77777777" w:rsidR="006A2D2B" w:rsidRDefault="00A36B6F">
      <w:pPr>
        <w:pStyle w:val="CFABullet"/>
      </w:pPr>
      <w:r>
        <w:rPr>
          <w:sz w:val="21"/>
        </w:rPr>
        <w:t>Direct contact with a wide range of Centre users, hirers, volunteers and contractors.</w:t>
      </w:r>
    </w:p>
    <w:p w14:paraId="6D42DF2D" w14:textId="77777777" w:rsidR="006A2D2B" w:rsidRDefault="00A36B6F">
      <w:r>
        <w:br w:type="page"/>
      </w:r>
    </w:p>
    <w:p w14:paraId="3978B2DD" w14:textId="77777777" w:rsidR="006A2D2B" w:rsidRDefault="00A36B6F">
      <w:pPr>
        <w:pStyle w:val="Heading1"/>
      </w:pPr>
      <w:r>
        <w:lastRenderedPageBreak/>
        <w:t>Job description</w:t>
      </w:r>
    </w:p>
    <w:tbl>
      <w:tblPr>
        <w:tblStyle w:val="TableGrid"/>
        <w:tblW w:w="9360" w:type="dxa"/>
        <w:tblInd w:w="120" w:type="dxa"/>
        <w:tblLayout w:type="fixed"/>
        <w:tblLook w:val="04A0" w:firstRow="1" w:lastRow="0" w:firstColumn="1" w:lastColumn="0" w:noHBand="0" w:noVBand="1"/>
      </w:tblPr>
      <w:tblGrid>
        <w:gridCol w:w="2700"/>
        <w:gridCol w:w="6660"/>
      </w:tblGrid>
      <w:tr w:rsidR="006A2D2B" w14:paraId="57CF2D80" w14:textId="77777777">
        <w:tc>
          <w:tcPr>
            <w:tcW w:w="2700" w:type="dxa"/>
            <w:shd w:val="clear" w:color="auto" w:fill="E8EEF5"/>
            <w:tcMar>
              <w:top w:w="80" w:type="dxa"/>
              <w:left w:w="120" w:type="dxa"/>
              <w:bottom w:w="80" w:type="dxa"/>
              <w:right w:w="120" w:type="dxa"/>
            </w:tcMar>
            <w:vAlign w:val="center"/>
          </w:tcPr>
          <w:p w14:paraId="6672A951" w14:textId="77777777" w:rsidR="006A2D2B" w:rsidRDefault="00A36B6F">
            <w:pPr>
              <w:spacing w:after="0"/>
            </w:pPr>
            <w:r>
              <w:rPr>
                <w:b/>
                <w:color w:val="17324D"/>
                <w:sz w:val="20"/>
              </w:rPr>
              <w:t>Job title</w:t>
            </w:r>
          </w:p>
        </w:tc>
        <w:tc>
          <w:tcPr>
            <w:tcW w:w="6660" w:type="dxa"/>
            <w:tcMar>
              <w:top w:w="80" w:type="dxa"/>
              <w:left w:w="120" w:type="dxa"/>
              <w:bottom w:w="80" w:type="dxa"/>
              <w:right w:w="120" w:type="dxa"/>
            </w:tcMar>
            <w:vAlign w:val="center"/>
          </w:tcPr>
          <w:p w14:paraId="57D66AE1" w14:textId="77777777" w:rsidR="006A2D2B" w:rsidRDefault="00A36B6F">
            <w:pPr>
              <w:spacing w:after="0"/>
            </w:pPr>
            <w:r>
              <w:rPr>
                <w:sz w:val="20"/>
              </w:rPr>
              <w:t>Community Facilities Assistant</w:t>
            </w:r>
          </w:p>
        </w:tc>
      </w:tr>
      <w:tr w:rsidR="006A2D2B" w14:paraId="5CA4A3A6" w14:textId="77777777">
        <w:tc>
          <w:tcPr>
            <w:tcW w:w="2700" w:type="dxa"/>
            <w:shd w:val="clear" w:color="auto" w:fill="E8EEF5"/>
            <w:tcMar>
              <w:top w:w="80" w:type="dxa"/>
              <w:left w:w="120" w:type="dxa"/>
              <w:bottom w:w="80" w:type="dxa"/>
              <w:right w:w="120" w:type="dxa"/>
            </w:tcMar>
            <w:vAlign w:val="center"/>
          </w:tcPr>
          <w:p w14:paraId="421179B1" w14:textId="77777777" w:rsidR="006A2D2B" w:rsidRDefault="00A36B6F">
            <w:pPr>
              <w:spacing w:after="0"/>
            </w:pPr>
            <w:r>
              <w:rPr>
                <w:b/>
                <w:color w:val="17324D"/>
                <w:sz w:val="20"/>
              </w:rPr>
              <w:t>Responsible to</w:t>
            </w:r>
          </w:p>
        </w:tc>
        <w:tc>
          <w:tcPr>
            <w:tcW w:w="6660" w:type="dxa"/>
            <w:tcMar>
              <w:top w:w="80" w:type="dxa"/>
              <w:left w:w="120" w:type="dxa"/>
              <w:bottom w:w="80" w:type="dxa"/>
              <w:right w:w="120" w:type="dxa"/>
            </w:tcMar>
            <w:vAlign w:val="center"/>
          </w:tcPr>
          <w:p w14:paraId="33764E3F" w14:textId="77777777" w:rsidR="006A2D2B" w:rsidRDefault="00A36B6F">
            <w:pPr>
              <w:spacing w:after="0"/>
            </w:pPr>
            <w:r>
              <w:rPr>
                <w:sz w:val="20"/>
              </w:rPr>
              <w:t>Trust Manager or delegated duty manager</w:t>
            </w:r>
          </w:p>
        </w:tc>
      </w:tr>
      <w:tr w:rsidR="006A2D2B" w14:paraId="74E3E723" w14:textId="77777777">
        <w:tc>
          <w:tcPr>
            <w:tcW w:w="2700" w:type="dxa"/>
            <w:shd w:val="clear" w:color="auto" w:fill="E8EEF5"/>
            <w:tcMar>
              <w:top w:w="80" w:type="dxa"/>
              <w:left w:w="120" w:type="dxa"/>
              <w:bottom w:w="80" w:type="dxa"/>
              <w:right w:w="120" w:type="dxa"/>
            </w:tcMar>
            <w:vAlign w:val="center"/>
          </w:tcPr>
          <w:p w14:paraId="3326EC33" w14:textId="77777777" w:rsidR="006A2D2B" w:rsidRDefault="00A36B6F">
            <w:pPr>
              <w:spacing w:after="0"/>
            </w:pPr>
            <w:r>
              <w:rPr>
                <w:b/>
                <w:color w:val="17324D"/>
                <w:sz w:val="20"/>
              </w:rPr>
              <w:t>Location</w:t>
            </w:r>
          </w:p>
        </w:tc>
        <w:tc>
          <w:tcPr>
            <w:tcW w:w="6660" w:type="dxa"/>
            <w:tcMar>
              <w:top w:w="80" w:type="dxa"/>
              <w:left w:w="120" w:type="dxa"/>
              <w:bottom w:w="80" w:type="dxa"/>
              <w:right w:w="120" w:type="dxa"/>
            </w:tcMar>
            <w:vAlign w:val="center"/>
          </w:tcPr>
          <w:p w14:paraId="774032A5" w14:textId="77777777" w:rsidR="006A2D2B" w:rsidRDefault="00A36B6F">
            <w:pPr>
              <w:spacing w:after="0"/>
            </w:pPr>
            <w:r>
              <w:rPr>
                <w:sz w:val="20"/>
              </w:rPr>
              <w:t>Whitburn Community Centre</w:t>
            </w:r>
          </w:p>
        </w:tc>
      </w:tr>
      <w:tr w:rsidR="006A2D2B" w14:paraId="61926A31" w14:textId="77777777">
        <w:tc>
          <w:tcPr>
            <w:tcW w:w="2700" w:type="dxa"/>
            <w:shd w:val="clear" w:color="auto" w:fill="E8EEF5"/>
            <w:tcMar>
              <w:top w:w="80" w:type="dxa"/>
              <w:left w:w="120" w:type="dxa"/>
              <w:bottom w:w="80" w:type="dxa"/>
              <w:right w:w="120" w:type="dxa"/>
            </w:tcMar>
            <w:vAlign w:val="center"/>
          </w:tcPr>
          <w:p w14:paraId="66272C03" w14:textId="77777777" w:rsidR="006A2D2B" w:rsidRDefault="00A36B6F">
            <w:pPr>
              <w:spacing w:after="0"/>
            </w:pPr>
            <w:r>
              <w:rPr>
                <w:b/>
                <w:color w:val="17324D"/>
                <w:sz w:val="20"/>
              </w:rPr>
              <w:t>Hours</w:t>
            </w:r>
          </w:p>
        </w:tc>
        <w:tc>
          <w:tcPr>
            <w:tcW w:w="6660" w:type="dxa"/>
            <w:tcMar>
              <w:top w:w="80" w:type="dxa"/>
              <w:left w:w="120" w:type="dxa"/>
              <w:bottom w:w="80" w:type="dxa"/>
              <w:right w:w="120" w:type="dxa"/>
            </w:tcMar>
            <w:vAlign w:val="center"/>
          </w:tcPr>
          <w:p w14:paraId="07D06A80" w14:textId="1873C35C" w:rsidR="006A2D2B" w:rsidRDefault="00A36B6F" w:rsidP="00CF3579">
            <w:pPr>
              <w:spacing w:after="0"/>
            </w:pPr>
            <w:r>
              <w:rPr>
                <w:sz w:val="20"/>
              </w:rPr>
              <w:t>Two posts at 12 hours per week and one post at 16 hours per week; regular rota shifts confirmed before appointment</w:t>
            </w:r>
          </w:p>
        </w:tc>
      </w:tr>
      <w:tr w:rsidR="006A2D2B" w14:paraId="4CF08050" w14:textId="77777777">
        <w:tc>
          <w:tcPr>
            <w:tcW w:w="2700" w:type="dxa"/>
            <w:shd w:val="clear" w:color="auto" w:fill="E8EEF5"/>
            <w:tcMar>
              <w:top w:w="80" w:type="dxa"/>
              <w:left w:w="120" w:type="dxa"/>
              <w:bottom w:w="80" w:type="dxa"/>
              <w:right w:w="120" w:type="dxa"/>
            </w:tcMar>
            <w:vAlign w:val="center"/>
          </w:tcPr>
          <w:p w14:paraId="4900D4C2" w14:textId="77777777" w:rsidR="006A2D2B" w:rsidRDefault="00A36B6F">
            <w:pPr>
              <w:spacing w:after="0"/>
            </w:pPr>
            <w:r>
              <w:rPr>
                <w:b/>
                <w:color w:val="17324D"/>
                <w:sz w:val="20"/>
              </w:rPr>
              <w:t>Pay</w:t>
            </w:r>
          </w:p>
        </w:tc>
        <w:tc>
          <w:tcPr>
            <w:tcW w:w="6660" w:type="dxa"/>
            <w:tcMar>
              <w:top w:w="80" w:type="dxa"/>
              <w:left w:w="120" w:type="dxa"/>
              <w:bottom w:w="80" w:type="dxa"/>
              <w:right w:w="120" w:type="dxa"/>
            </w:tcMar>
            <w:vAlign w:val="center"/>
          </w:tcPr>
          <w:p w14:paraId="3FEEF317" w14:textId="77777777" w:rsidR="006A2D2B" w:rsidRDefault="00A36B6F">
            <w:pPr>
              <w:spacing w:after="0"/>
            </w:pPr>
            <w:r>
              <w:rPr>
                <w:sz w:val="20"/>
              </w:rPr>
              <w:t>£15.00 per hour</w:t>
            </w:r>
          </w:p>
        </w:tc>
      </w:tr>
    </w:tbl>
    <w:p w14:paraId="4177576D" w14:textId="77777777" w:rsidR="006A2D2B" w:rsidRDefault="00A36B6F">
      <w:pPr>
        <w:pStyle w:val="Heading2"/>
      </w:pPr>
      <w:r>
        <w:t>Job purpose</w:t>
      </w:r>
    </w:p>
    <w:p w14:paraId="1A61CCB0" w14:textId="77777777" w:rsidR="006A2D2B" w:rsidRDefault="00A36B6F">
      <w:r>
        <w:rPr>
          <w:sz w:val="21"/>
        </w:rPr>
        <w:t>To provide safe, welcoming and reliable operational cover at Whitburn Community Centre. The postholder will support building users and the day-to-day room-booking process, prepare facilities for activities, complete agreed checks and ensure that the Centre is opened, operated and secured in accordance with Trust procedures.</w:t>
      </w:r>
    </w:p>
    <w:p w14:paraId="34F6387B" w14:textId="77777777" w:rsidR="006A2D2B" w:rsidRDefault="00A36B6F">
      <w:pPr>
        <w:pStyle w:val="Heading2"/>
      </w:pPr>
      <w:r>
        <w:t>Main responsibilities</w:t>
      </w:r>
    </w:p>
    <w:p w14:paraId="64E19787" w14:textId="77777777" w:rsidR="006A2D2B" w:rsidRDefault="00A36B6F">
      <w:pPr>
        <w:pStyle w:val="Heading3"/>
      </w:pPr>
      <w:r>
        <w:t>Opening, closing and security</w:t>
      </w:r>
    </w:p>
    <w:p w14:paraId="3D7F15DF" w14:textId="77777777" w:rsidR="006A2D2B" w:rsidRDefault="00A36B6F">
      <w:pPr>
        <w:pStyle w:val="CFABullet"/>
      </w:pPr>
      <w:r>
        <w:rPr>
          <w:sz w:val="21"/>
        </w:rPr>
        <w:t>Open and close the Centre in accordance with checklists, including keys, access controls, alarms, lights and final building checks.</w:t>
      </w:r>
    </w:p>
    <w:p w14:paraId="4F76E134" w14:textId="77777777" w:rsidR="006A2D2B" w:rsidRDefault="00A36B6F">
      <w:pPr>
        <w:pStyle w:val="CFABullet"/>
      </w:pPr>
      <w:r>
        <w:rPr>
          <w:sz w:val="21"/>
        </w:rPr>
        <w:t>Keep keys and access information secure and report any loss, damage or security concern immediately.</w:t>
      </w:r>
    </w:p>
    <w:p w14:paraId="1EAA75E3" w14:textId="77777777" w:rsidR="006A2D2B" w:rsidRDefault="00A36B6F">
      <w:pPr>
        <w:pStyle w:val="CFABullet"/>
      </w:pPr>
      <w:r>
        <w:rPr>
          <w:sz w:val="21"/>
        </w:rPr>
        <w:t>Confirm that rooms are vacated, windows and doors are secure and relevant equipment is switched off before leaving.</w:t>
      </w:r>
    </w:p>
    <w:p w14:paraId="0C7951D2" w14:textId="77777777" w:rsidR="006A2D2B" w:rsidRDefault="00A36B6F">
      <w:pPr>
        <w:pStyle w:val="Heading3"/>
      </w:pPr>
      <w:r>
        <w:t>Welcoming users and supporting hires</w:t>
      </w:r>
    </w:p>
    <w:p w14:paraId="25449C4A" w14:textId="77777777" w:rsidR="006A2D2B" w:rsidRDefault="00A36B6F">
      <w:pPr>
        <w:pStyle w:val="CFABullet"/>
      </w:pPr>
      <w:r>
        <w:rPr>
          <w:sz w:val="21"/>
        </w:rPr>
        <w:t>Provide a friendly and professional first point of contact for visitors, groups, instructors and room hirers during the shift.</w:t>
      </w:r>
    </w:p>
    <w:p w14:paraId="542C82CC" w14:textId="77777777" w:rsidR="006A2D2B" w:rsidRDefault="00A36B6F">
      <w:pPr>
        <w:pStyle w:val="CFABullet"/>
      </w:pPr>
      <w:r>
        <w:rPr>
          <w:sz w:val="21"/>
        </w:rPr>
        <w:t>Respond to straightforward room-booking enquiries received in person, by telephone or email and provide approved information about rooms, facilities, charges and conditions of hire.</w:t>
      </w:r>
    </w:p>
    <w:p w14:paraId="4AA2A3A0" w14:textId="77777777" w:rsidR="006A2D2B" w:rsidRDefault="00A36B6F">
      <w:pPr>
        <w:pStyle w:val="CFABullet"/>
      </w:pPr>
      <w:r>
        <w:rPr>
          <w:sz w:val="21"/>
        </w:rPr>
        <w:t>Check room availability and accurately record provisional or confirmed bookings using the Centre's agreed calendar or booking system and procedures.</w:t>
      </w:r>
    </w:p>
    <w:p w14:paraId="5C6C10F5" w14:textId="77777777" w:rsidR="006A2D2B" w:rsidRDefault="00A36B6F">
      <w:pPr>
        <w:pStyle w:val="CFABullet"/>
      </w:pPr>
      <w:r>
        <w:rPr>
          <w:sz w:val="21"/>
        </w:rPr>
        <w:t>Issue and receive booking forms and supporting information, record cancellations or requested changes and refer incomplete, unusual or higher-risk requests to the Trust Manager.</w:t>
      </w:r>
    </w:p>
    <w:p w14:paraId="38D36D0F" w14:textId="77777777" w:rsidR="006A2D2B" w:rsidRDefault="00A36B6F">
      <w:pPr>
        <w:pStyle w:val="CFABullet"/>
      </w:pPr>
      <w:r>
        <w:rPr>
          <w:sz w:val="21"/>
        </w:rPr>
        <w:t>Check the approved booking schedule, confirm required room layouts, direct users to the correct space and provide practical information about the building.</w:t>
      </w:r>
    </w:p>
    <w:p w14:paraId="220B9B10" w14:textId="77777777" w:rsidR="006A2D2B" w:rsidRDefault="00A36B6F">
      <w:pPr>
        <w:pStyle w:val="CFABullet"/>
      </w:pPr>
      <w:r>
        <w:rPr>
          <w:sz w:val="21"/>
        </w:rPr>
        <w:t>Support hirers to follow the Centre's conditions of use, capacities, fire arrangements and agreed finishing times.</w:t>
      </w:r>
    </w:p>
    <w:p w14:paraId="32487AA6" w14:textId="77777777" w:rsidR="006A2D2B" w:rsidRDefault="00A36B6F">
      <w:pPr>
        <w:pStyle w:val="CFABullet"/>
      </w:pPr>
      <w:r>
        <w:rPr>
          <w:sz w:val="21"/>
        </w:rPr>
        <w:t>Handle difficult situations calmly and refer complaints, disputes or serious concerns to the Trust Manager.</w:t>
      </w:r>
    </w:p>
    <w:p w14:paraId="2195F0DF" w14:textId="77777777" w:rsidR="006A2D2B" w:rsidRDefault="00A36B6F">
      <w:pPr>
        <w:pStyle w:val="Heading3"/>
      </w:pPr>
      <w:r>
        <w:lastRenderedPageBreak/>
        <w:t>Room and activity preparation</w:t>
      </w:r>
    </w:p>
    <w:p w14:paraId="10466831" w14:textId="77777777" w:rsidR="006A2D2B" w:rsidRDefault="00A36B6F">
      <w:pPr>
        <w:pStyle w:val="CFABullet"/>
      </w:pPr>
      <w:r>
        <w:rPr>
          <w:sz w:val="21"/>
        </w:rPr>
        <w:t>Set up and clear rooms using agreed layouts, including tables, chairs and Centre equipment.</w:t>
      </w:r>
    </w:p>
    <w:p w14:paraId="7817D6B8" w14:textId="77777777" w:rsidR="006A2D2B" w:rsidRDefault="00A36B6F">
      <w:pPr>
        <w:pStyle w:val="CFABullet"/>
      </w:pPr>
      <w:r>
        <w:rPr>
          <w:sz w:val="21"/>
        </w:rPr>
        <w:t>Check that booked spaces are ready, safe and presentable before use and returned to an acceptable condition afterwards.</w:t>
      </w:r>
    </w:p>
    <w:p w14:paraId="45955684" w14:textId="77777777" w:rsidR="006A2D2B" w:rsidRDefault="00A36B6F">
      <w:pPr>
        <w:pStyle w:val="CFABullet"/>
      </w:pPr>
      <w:r>
        <w:rPr>
          <w:sz w:val="21"/>
        </w:rPr>
        <w:t>Support the practical running of Trust events and activities when this falls within the scheduled shift.</w:t>
      </w:r>
    </w:p>
    <w:p w14:paraId="0D24E198" w14:textId="77777777" w:rsidR="006A2D2B" w:rsidRDefault="00A36B6F">
      <w:pPr>
        <w:pStyle w:val="Heading3"/>
      </w:pPr>
      <w:r>
        <w:t>Safety and building checks</w:t>
      </w:r>
    </w:p>
    <w:p w14:paraId="5AEF3D50" w14:textId="77777777" w:rsidR="006A2D2B" w:rsidRDefault="00A36B6F">
      <w:pPr>
        <w:pStyle w:val="CFABullet"/>
      </w:pPr>
      <w:r>
        <w:rPr>
          <w:sz w:val="21"/>
        </w:rPr>
        <w:t>Complete and record the routine checks allocated to the shift, including fire exits, escape routes, toilets, public areas and obvious hazards.</w:t>
      </w:r>
    </w:p>
    <w:p w14:paraId="27100FA3" w14:textId="77777777" w:rsidR="006A2D2B" w:rsidRDefault="00A36B6F">
      <w:pPr>
        <w:pStyle w:val="CFABullet"/>
      </w:pPr>
      <w:r>
        <w:rPr>
          <w:sz w:val="21"/>
        </w:rPr>
        <w:t>Take immediate safe action where possible, such as isolating an unsafe area, placing a warning sign or contacting the designated escalation person.</w:t>
      </w:r>
    </w:p>
    <w:p w14:paraId="2E34B76F" w14:textId="77777777" w:rsidR="006A2D2B" w:rsidRDefault="00A36B6F">
      <w:pPr>
        <w:pStyle w:val="CFABullet"/>
      </w:pPr>
      <w:r>
        <w:rPr>
          <w:sz w:val="21"/>
        </w:rPr>
        <w:t>Record and report defects, damage, accidents, incidents, near misses and safeguarding concerns promptly.</w:t>
      </w:r>
    </w:p>
    <w:p w14:paraId="376DE149" w14:textId="77777777" w:rsidR="006A2D2B" w:rsidRDefault="00A36B6F">
      <w:pPr>
        <w:pStyle w:val="CFABullet"/>
      </w:pPr>
      <w:r>
        <w:rPr>
          <w:sz w:val="21"/>
        </w:rPr>
        <w:t>Follow emergency, evacuation, first-aid, lone-working and out-of-hours escalation procedures.</w:t>
      </w:r>
    </w:p>
    <w:p w14:paraId="0D687DB2" w14:textId="77777777" w:rsidR="006A2D2B" w:rsidRDefault="00A36B6F">
      <w:pPr>
        <w:pStyle w:val="Heading3"/>
      </w:pPr>
      <w:r>
        <w:t>Payments and shift records</w:t>
      </w:r>
    </w:p>
    <w:p w14:paraId="7CAAD6C6" w14:textId="77777777" w:rsidR="006A2D2B" w:rsidRDefault="00A36B6F">
      <w:pPr>
        <w:pStyle w:val="CFABullet"/>
      </w:pPr>
      <w:r>
        <w:rPr>
          <w:sz w:val="21"/>
        </w:rPr>
        <w:t>Take and record approved cash or card payments where required, issue receipts and follow the Trust's cash-handling and reconciliation procedures.</w:t>
      </w:r>
    </w:p>
    <w:p w14:paraId="40FE6437" w14:textId="77777777" w:rsidR="006A2D2B" w:rsidRDefault="00A36B6F">
      <w:pPr>
        <w:pStyle w:val="CFABullet"/>
      </w:pPr>
      <w:r>
        <w:rPr>
          <w:sz w:val="21"/>
        </w:rPr>
        <w:t>Maintain clear shift, handover, incident and building-check records using the agreed paper or digital systems.</w:t>
      </w:r>
    </w:p>
    <w:p w14:paraId="7A57563D" w14:textId="77777777" w:rsidR="006A2D2B" w:rsidRDefault="00A36B6F">
      <w:pPr>
        <w:pStyle w:val="CFABullet"/>
      </w:pPr>
      <w:r>
        <w:rPr>
          <w:sz w:val="21"/>
        </w:rPr>
        <w:t>Protect personal and commercially sensitive information and comply with data-protection requirements.</w:t>
      </w:r>
    </w:p>
    <w:p w14:paraId="03944E36" w14:textId="77777777" w:rsidR="006A2D2B" w:rsidRDefault="00A36B6F">
      <w:pPr>
        <w:pStyle w:val="Heading3"/>
      </w:pPr>
      <w:r>
        <w:t>Presentation and practical upkeep</w:t>
      </w:r>
    </w:p>
    <w:p w14:paraId="6B891E65" w14:textId="77777777" w:rsidR="006A2D2B" w:rsidRDefault="00A36B6F">
      <w:pPr>
        <w:pStyle w:val="CFABullet"/>
      </w:pPr>
      <w:r>
        <w:rPr>
          <w:sz w:val="21"/>
        </w:rPr>
        <w:t>Inspect rooms between lets and carry out the light turnaround cleaning and resetting needed for the next user, including wiping tables and other used surfaces, removing litter, emptying bins and sweeping or spot-mopping where required.</w:t>
      </w:r>
    </w:p>
    <w:p w14:paraId="065FEC0D" w14:textId="77777777" w:rsidR="006A2D2B" w:rsidRDefault="00A36B6F">
      <w:pPr>
        <w:pStyle w:val="CFABullet"/>
      </w:pPr>
      <w:r>
        <w:rPr>
          <w:sz w:val="21"/>
        </w:rPr>
        <w:t>Check toilets and handwashing areas regularly during the shift and replenish handwash, toilet rolls, paper towels and other agreed consumables.</w:t>
      </w:r>
    </w:p>
    <w:p w14:paraId="28EF5CCE" w14:textId="77777777" w:rsidR="006A2D2B" w:rsidRDefault="00A36B6F">
      <w:pPr>
        <w:pStyle w:val="CFABullet"/>
      </w:pPr>
      <w:r>
        <w:rPr>
          <w:sz w:val="21"/>
        </w:rPr>
        <w:t>Keep public areas safe and presentable during the shift, respond promptly to spills or other immediate cleaning needs and place warning signage where required.</w:t>
      </w:r>
    </w:p>
    <w:p w14:paraId="01C81984" w14:textId="77777777" w:rsidR="006A2D2B" w:rsidRDefault="00A36B6F">
      <w:pPr>
        <w:pStyle w:val="CFABullet"/>
      </w:pPr>
      <w:r>
        <w:rPr>
          <w:sz w:val="21"/>
        </w:rPr>
        <w:t>Monitor stocks of cleaning and washroom supplies, record or report items that need reordered and store supplies safely.</w:t>
      </w:r>
    </w:p>
    <w:p w14:paraId="748785C9" w14:textId="77777777" w:rsidR="006A2D2B" w:rsidRDefault="00A36B6F">
      <w:pPr>
        <w:pStyle w:val="CFABullet"/>
      </w:pPr>
      <w:r>
        <w:rPr>
          <w:sz w:val="21"/>
        </w:rPr>
        <w:t>Report wider cleaning or maintenance needs and undertake only tasks that are safe, authorised and within competence.</w:t>
      </w:r>
    </w:p>
    <w:p w14:paraId="0E247001" w14:textId="77777777" w:rsidR="006A2D2B" w:rsidRDefault="00A36B6F">
      <w:r>
        <w:br w:type="page"/>
      </w:r>
    </w:p>
    <w:p w14:paraId="26E983D9" w14:textId="77777777" w:rsidR="006A2D2B" w:rsidRDefault="00A36B6F">
      <w:pPr>
        <w:pStyle w:val="Heading2"/>
      </w:pPr>
      <w:r>
        <w:lastRenderedPageBreak/>
        <w:t>General responsibilities</w:t>
      </w:r>
    </w:p>
    <w:p w14:paraId="6773D91F" w14:textId="77777777" w:rsidR="006A2D2B" w:rsidRDefault="00A36B6F">
      <w:pPr>
        <w:pStyle w:val="CFABullet"/>
      </w:pPr>
      <w:r>
        <w:rPr>
          <w:sz w:val="21"/>
        </w:rPr>
        <w:t>Follow the Trust's policies and procedures, including health and safety, equality, data protection, safeguarding and financial controls.</w:t>
      </w:r>
    </w:p>
    <w:p w14:paraId="625D6A6D" w14:textId="77777777" w:rsidR="006A2D2B" w:rsidRDefault="00A36B6F">
      <w:pPr>
        <w:pStyle w:val="CFABullet"/>
      </w:pPr>
      <w:r>
        <w:rPr>
          <w:sz w:val="21"/>
        </w:rPr>
        <w:t>Attend essential induction, training, supervision and team meetings where reasonably required.</w:t>
      </w:r>
    </w:p>
    <w:p w14:paraId="34C8D494" w14:textId="77777777" w:rsidR="006A2D2B" w:rsidRDefault="00A36B6F">
      <w:pPr>
        <w:pStyle w:val="CFABullet"/>
      </w:pPr>
      <w:r>
        <w:rPr>
          <w:sz w:val="21"/>
        </w:rPr>
        <w:t>Communicate promptly about absence, lateness, availability and any issue affecting safe shift cover.</w:t>
      </w:r>
    </w:p>
    <w:p w14:paraId="17900AB5" w14:textId="77777777" w:rsidR="006A2D2B" w:rsidRDefault="00A36B6F">
      <w:pPr>
        <w:pStyle w:val="CFABullet"/>
      </w:pPr>
      <w:r>
        <w:rPr>
          <w:sz w:val="21"/>
        </w:rPr>
        <w:t>Contribute ideas that improve safety, customer experience and the practical operation of the Centre.</w:t>
      </w:r>
    </w:p>
    <w:p w14:paraId="0BF78C89" w14:textId="77777777" w:rsidR="006A2D2B" w:rsidRDefault="00A36B6F">
      <w:pPr>
        <w:pStyle w:val="CFABullet"/>
      </w:pPr>
      <w:r>
        <w:rPr>
          <w:sz w:val="21"/>
        </w:rPr>
        <w:t>Undertake other reasonable operational duties consistent with the purpose and level of the post.</w:t>
      </w:r>
    </w:p>
    <w:p w14:paraId="4FCB64A0" w14:textId="77777777" w:rsidR="006A2D2B" w:rsidRDefault="006A2D2B">
      <w:pPr>
        <w:spacing w:after="40"/>
      </w:pPr>
    </w:p>
    <w:p w14:paraId="48E02F88" w14:textId="77777777" w:rsidR="006A2D2B" w:rsidRDefault="00A36B6F">
      <w:r>
        <w:rPr>
          <w:sz w:val="21"/>
        </w:rPr>
        <w:t>Planned and deep cleaning will normally be undertaken by cleaning staff. During their own shift, the CFA is responsible for room turnaround cleaning between lets, replenishing washroom supplies and dealing with immediate housekeeping or safety issues. More substantial cleaning or maintenance requirements should be recorded and passed to the appropriate colleague.</w:t>
      </w:r>
    </w:p>
    <w:p w14:paraId="10B26EF8" w14:textId="77777777" w:rsidR="006A2D2B" w:rsidRDefault="00A36B6F">
      <w:pPr>
        <w:pStyle w:val="Heading2"/>
      </w:pPr>
      <w:r>
        <w:t>Review of duties</w:t>
      </w:r>
    </w:p>
    <w:p w14:paraId="2857E6E7" w14:textId="77777777" w:rsidR="006A2D2B" w:rsidRDefault="00A36B6F">
      <w:r>
        <w:rPr>
          <w:sz w:val="21"/>
        </w:rPr>
        <w:t>This job description describes the main requirements of the role. Duties may be reviewed in consultation with the postholder as the Centre develops, provided that changes remain appropriate to the role's operational purpose and level of responsibility.</w:t>
      </w:r>
    </w:p>
    <w:p w14:paraId="4F41F858" w14:textId="77777777" w:rsidR="006A2D2B" w:rsidRDefault="00A36B6F">
      <w:r>
        <w:br w:type="page"/>
      </w:r>
    </w:p>
    <w:p w14:paraId="30E12C4D" w14:textId="77777777" w:rsidR="006A2D2B" w:rsidRDefault="00A36B6F">
      <w:pPr>
        <w:pStyle w:val="Heading1"/>
      </w:pPr>
      <w:r>
        <w:lastRenderedPageBreak/>
        <w:t>Person specification</w:t>
      </w:r>
    </w:p>
    <w:p w14:paraId="496D41C4" w14:textId="77777777" w:rsidR="006A2D2B" w:rsidRDefault="00A36B6F">
      <w:r>
        <w:rPr>
          <w:sz w:val="21"/>
        </w:rPr>
        <w:t>Applicants will be assessed against the criteria below. Examples may come from paid work, volunteering, community activity or other relevant experience.</w:t>
      </w:r>
    </w:p>
    <w:tbl>
      <w:tblPr>
        <w:tblStyle w:val="TableGrid"/>
        <w:tblW w:w="9360" w:type="dxa"/>
        <w:tblInd w:w="120" w:type="dxa"/>
        <w:tblLayout w:type="fixed"/>
        <w:tblLook w:val="04A0" w:firstRow="1" w:lastRow="0" w:firstColumn="1" w:lastColumn="0" w:noHBand="0" w:noVBand="1"/>
      </w:tblPr>
      <w:tblGrid>
        <w:gridCol w:w="1500"/>
        <w:gridCol w:w="4080"/>
        <w:gridCol w:w="1350"/>
        <w:gridCol w:w="2430"/>
      </w:tblGrid>
      <w:tr w:rsidR="006A2D2B" w14:paraId="312B9B16" w14:textId="77777777">
        <w:trPr>
          <w:tblHeader/>
        </w:trPr>
        <w:tc>
          <w:tcPr>
            <w:tcW w:w="1500" w:type="dxa"/>
            <w:shd w:val="clear" w:color="auto" w:fill="17324D"/>
            <w:tcMar>
              <w:top w:w="80" w:type="dxa"/>
              <w:left w:w="120" w:type="dxa"/>
              <w:bottom w:w="80" w:type="dxa"/>
              <w:right w:w="120" w:type="dxa"/>
            </w:tcMar>
            <w:vAlign w:val="center"/>
          </w:tcPr>
          <w:p w14:paraId="7F80D417" w14:textId="77777777" w:rsidR="006A2D2B" w:rsidRDefault="00A36B6F">
            <w:pPr>
              <w:spacing w:after="0"/>
              <w:jc w:val="center"/>
            </w:pPr>
            <w:r>
              <w:rPr>
                <w:b/>
                <w:color w:val="FFFFFF"/>
                <w:sz w:val="19"/>
              </w:rPr>
              <w:t>Area</w:t>
            </w:r>
          </w:p>
        </w:tc>
        <w:tc>
          <w:tcPr>
            <w:tcW w:w="4080" w:type="dxa"/>
            <w:shd w:val="clear" w:color="auto" w:fill="17324D"/>
            <w:tcMar>
              <w:top w:w="80" w:type="dxa"/>
              <w:left w:w="120" w:type="dxa"/>
              <w:bottom w:w="80" w:type="dxa"/>
              <w:right w:w="120" w:type="dxa"/>
            </w:tcMar>
            <w:vAlign w:val="center"/>
          </w:tcPr>
          <w:p w14:paraId="0C557909" w14:textId="77777777" w:rsidR="006A2D2B" w:rsidRDefault="00A36B6F">
            <w:pPr>
              <w:spacing w:after="0"/>
              <w:jc w:val="center"/>
            </w:pPr>
            <w:r>
              <w:rPr>
                <w:b/>
                <w:color w:val="FFFFFF"/>
                <w:sz w:val="19"/>
              </w:rPr>
              <w:t>Criterion</w:t>
            </w:r>
          </w:p>
        </w:tc>
        <w:tc>
          <w:tcPr>
            <w:tcW w:w="1350" w:type="dxa"/>
            <w:shd w:val="clear" w:color="auto" w:fill="17324D"/>
            <w:tcMar>
              <w:top w:w="80" w:type="dxa"/>
              <w:left w:w="120" w:type="dxa"/>
              <w:bottom w:w="80" w:type="dxa"/>
              <w:right w:w="120" w:type="dxa"/>
            </w:tcMar>
            <w:vAlign w:val="center"/>
          </w:tcPr>
          <w:p w14:paraId="4610F95A" w14:textId="77777777" w:rsidR="006A2D2B" w:rsidRDefault="00A36B6F">
            <w:pPr>
              <w:spacing w:after="0"/>
              <w:jc w:val="center"/>
            </w:pPr>
            <w:r>
              <w:rPr>
                <w:b/>
                <w:color w:val="FFFFFF"/>
                <w:sz w:val="19"/>
              </w:rPr>
              <w:t>Status</w:t>
            </w:r>
          </w:p>
        </w:tc>
        <w:tc>
          <w:tcPr>
            <w:tcW w:w="2430" w:type="dxa"/>
            <w:shd w:val="clear" w:color="auto" w:fill="17324D"/>
            <w:tcMar>
              <w:top w:w="80" w:type="dxa"/>
              <w:left w:w="120" w:type="dxa"/>
              <w:bottom w:w="80" w:type="dxa"/>
              <w:right w:w="120" w:type="dxa"/>
            </w:tcMar>
            <w:vAlign w:val="center"/>
          </w:tcPr>
          <w:p w14:paraId="143ADC8C" w14:textId="77777777" w:rsidR="006A2D2B" w:rsidRDefault="00A36B6F">
            <w:pPr>
              <w:spacing w:after="0"/>
              <w:jc w:val="center"/>
            </w:pPr>
            <w:r>
              <w:rPr>
                <w:b/>
                <w:color w:val="FFFFFF"/>
                <w:sz w:val="19"/>
              </w:rPr>
              <w:t>Assessment</w:t>
            </w:r>
          </w:p>
        </w:tc>
      </w:tr>
      <w:tr w:rsidR="006A2D2B" w14:paraId="66CA0593" w14:textId="77777777">
        <w:tc>
          <w:tcPr>
            <w:tcW w:w="1500" w:type="dxa"/>
            <w:tcMar>
              <w:top w:w="80" w:type="dxa"/>
              <w:left w:w="120" w:type="dxa"/>
              <w:bottom w:w="80" w:type="dxa"/>
              <w:right w:w="120" w:type="dxa"/>
            </w:tcMar>
            <w:vAlign w:val="center"/>
          </w:tcPr>
          <w:p w14:paraId="70E9659E" w14:textId="77777777" w:rsidR="006A2D2B" w:rsidRDefault="00A36B6F">
            <w:pPr>
              <w:spacing w:after="0"/>
            </w:pPr>
            <w:r>
              <w:rPr>
                <w:sz w:val="18"/>
              </w:rPr>
              <w:t>Experience</w:t>
            </w:r>
          </w:p>
        </w:tc>
        <w:tc>
          <w:tcPr>
            <w:tcW w:w="4080" w:type="dxa"/>
            <w:tcMar>
              <w:top w:w="80" w:type="dxa"/>
              <w:left w:w="120" w:type="dxa"/>
              <w:bottom w:w="80" w:type="dxa"/>
              <w:right w:w="120" w:type="dxa"/>
            </w:tcMar>
            <w:vAlign w:val="center"/>
          </w:tcPr>
          <w:p w14:paraId="44EC5B4E" w14:textId="77777777" w:rsidR="006A2D2B" w:rsidRDefault="00A36B6F">
            <w:pPr>
              <w:spacing w:after="0"/>
            </w:pPr>
            <w:r>
              <w:rPr>
                <w:sz w:val="18"/>
              </w:rPr>
              <w:t>Experience of providing helpful customer service or supporting members of the public.</w:t>
            </w:r>
          </w:p>
        </w:tc>
        <w:tc>
          <w:tcPr>
            <w:tcW w:w="1350" w:type="dxa"/>
            <w:tcMar>
              <w:top w:w="80" w:type="dxa"/>
              <w:left w:w="120" w:type="dxa"/>
              <w:bottom w:w="80" w:type="dxa"/>
              <w:right w:w="120" w:type="dxa"/>
            </w:tcMar>
            <w:vAlign w:val="center"/>
          </w:tcPr>
          <w:p w14:paraId="3A779162" w14:textId="77777777" w:rsidR="006A2D2B" w:rsidRDefault="00A36B6F">
            <w:pPr>
              <w:spacing w:after="0"/>
              <w:jc w:val="center"/>
            </w:pPr>
            <w:r>
              <w:rPr>
                <w:b/>
                <w:sz w:val="18"/>
              </w:rPr>
              <w:t>Essential</w:t>
            </w:r>
          </w:p>
        </w:tc>
        <w:tc>
          <w:tcPr>
            <w:tcW w:w="2430" w:type="dxa"/>
            <w:tcMar>
              <w:top w:w="80" w:type="dxa"/>
              <w:left w:w="120" w:type="dxa"/>
              <w:bottom w:w="80" w:type="dxa"/>
              <w:right w:w="120" w:type="dxa"/>
            </w:tcMar>
            <w:vAlign w:val="center"/>
          </w:tcPr>
          <w:p w14:paraId="18113279" w14:textId="77777777" w:rsidR="006A2D2B" w:rsidRDefault="00A36B6F">
            <w:pPr>
              <w:spacing w:after="0"/>
              <w:jc w:val="center"/>
            </w:pPr>
            <w:r>
              <w:rPr>
                <w:sz w:val="18"/>
              </w:rPr>
              <w:t>Application / interview</w:t>
            </w:r>
          </w:p>
        </w:tc>
      </w:tr>
      <w:tr w:rsidR="006A2D2B" w14:paraId="496CCB23" w14:textId="77777777">
        <w:tc>
          <w:tcPr>
            <w:tcW w:w="1500" w:type="dxa"/>
            <w:shd w:val="clear" w:color="auto" w:fill="F8F9FA"/>
            <w:tcMar>
              <w:top w:w="80" w:type="dxa"/>
              <w:left w:w="120" w:type="dxa"/>
              <w:bottom w:w="80" w:type="dxa"/>
              <w:right w:w="120" w:type="dxa"/>
            </w:tcMar>
            <w:vAlign w:val="center"/>
          </w:tcPr>
          <w:p w14:paraId="6F44CC64" w14:textId="77777777" w:rsidR="006A2D2B" w:rsidRDefault="00A36B6F">
            <w:pPr>
              <w:spacing w:after="0"/>
            </w:pPr>
            <w:r>
              <w:rPr>
                <w:sz w:val="18"/>
              </w:rPr>
              <w:t>Experience</w:t>
            </w:r>
          </w:p>
        </w:tc>
        <w:tc>
          <w:tcPr>
            <w:tcW w:w="4080" w:type="dxa"/>
            <w:shd w:val="clear" w:color="auto" w:fill="F8F9FA"/>
            <w:tcMar>
              <w:top w:w="80" w:type="dxa"/>
              <w:left w:w="120" w:type="dxa"/>
              <w:bottom w:w="80" w:type="dxa"/>
              <w:right w:w="120" w:type="dxa"/>
            </w:tcMar>
            <w:vAlign w:val="center"/>
          </w:tcPr>
          <w:p w14:paraId="3D61F910" w14:textId="77777777" w:rsidR="006A2D2B" w:rsidRDefault="00A36B6F">
            <w:pPr>
              <w:spacing w:after="0"/>
            </w:pPr>
            <w:r>
              <w:rPr>
                <w:sz w:val="18"/>
              </w:rPr>
              <w:t>Experience in a community venue, leisure facility, school, hospitality setting, public building or similar environment.</w:t>
            </w:r>
          </w:p>
        </w:tc>
        <w:tc>
          <w:tcPr>
            <w:tcW w:w="1350" w:type="dxa"/>
            <w:shd w:val="clear" w:color="auto" w:fill="F8F9FA"/>
            <w:tcMar>
              <w:top w:w="80" w:type="dxa"/>
              <w:left w:w="120" w:type="dxa"/>
              <w:bottom w:w="80" w:type="dxa"/>
              <w:right w:w="120" w:type="dxa"/>
            </w:tcMar>
            <w:vAlign w:val="center"/>
          </w:tcPr>
          <w:p w14:paraId="729CA178" w14:textId="77777777" w:rsidR="006A2D2B" w:rsidRDefault="00A36B6F">
            <w:pPr>
              <w:spacing w:after="0"/>
              <w:jc w:val="center"/>
            </w:pPr>
            <w:r>
              <w:rPr>
                <w:sz w:val="18"/>
              </w:rPr>
              <w:t>Desirable</w:t>
            </w:r>
          </w:p>
        </w:tc>
        <w:tc>
          <w:tcPr>
            <w:tcW w:w="2430" w:type="dxa"/>
            <w:shd w:val="clear" w:color="auto" w:fill="F8F9FA"/>
            <w:tcMar>
              <w:top w:w="80" w:type="dxa"/>
              <w:left w:w="120" w:type="dxa"/>
              <w:bottom w:w="80" w:type="dxa"/>
              <w:right w:w="120" w:type="dxa"/>
            </w:tcMar>
            <w:vAlign w:val="center"/>
          </w:tcPr>
          <w:p w14:paraId="7DEB5D72" w14:textId="77777777" w:rsidR="006A2D2B" w:rsidRDefault="00A36B6F">
            <w:pPr>
              <w:spacing w:after="0"/>
              <w:jc w:val="center"/>
            </w:pPr>
            <w:r>
              <w:rPr>
                <w:sz w:val="18"/>
              </w:rPr>
              <w:t>Application / interview</w:t>
            </w:r>
          </w:p>
        </w:tc>
      </w:tr>
      <w:tr w:rsidR="006A2D2B" w14:paraId="1357CCC2" w14:textId="77777777">
        <w:tc>
          <w:tcPr>
            <w:tcW w:w="1500" w:type="dxa"/>
            <w:tcMar>
              <w:top w:w="80" w:type="dxa"/>
              <w:left w:w="120" w:type="dxa"/>
              <w:bottom w:w="80" w:type="dxa"/>
              <w:right w:w="120" w:type="dxa"/>
            </w:tcMar>
            <w:vAlign w:val="center"/>
          </w:tcPr>
          <w:p w14:paraId="6DB9C6C4" w14:textId="77777777" w:rsidR="006A2D2B" w:rsidRDefault="00A36B6F">
            <w:pPr>
              <w:spacing w:after="0"/>
            </w:pPr>
            <w:r>
              <w:rPr>
                <w:sz w:val="18"/>
              </w:rPr>
              <w:t>Experience</w:t>
            </w:r>
          </w:p>
        </w:tc>
        <w:tc>
          <w:tcPr>
            <w:tcW w:w="4080" w:type="dxa"/>
            <w:tcMar>
              <w:top w:w="80" w:type="dxa"/>
              <w:left w:w="120" w:type="dxa"/>
              <w:bottom w:w="80" w:type="dxa"/>
              <w:right w:w="120" w:type="dxa"/>
            </w:tcMar>
            <w:vAlign w:val="center"/>
          </w:tcPr>
          <w:p w14:paraId="0B0B513B" w14:textId="77777777" w:rsidR="006A2D2B" w:rsidRDefault="00A36B6F">
            <w:pPr>
              <w:spacing w:after="0"/>
            </w:pPr>
            <w:r>
              <w:rPr>
                <w:sz w:val="18"/>
              </w:rPr>
              <w:t>Experience of handling room, venue, appointment or activity bookings and maintaining accurate booking information.</w:t>
            </w:r>
          </w:p>
        </w:tc>
        <w:tc>
          <w:tcPr>
            <w:tcW w:w="1350" w:type="dxa"/>
            <w:tcMar>
              <w:top w:w="80" w:type="dxa"/>
              <w:left w:w="120" w:type="dxa"/>
              <w:bottom w:w="80" w:type="dxa"/>
              <w:right w:w="120" w:type="dxa"/>
            </w:tcMar>
            <w:vAlign w:val="center"/>
          </w:tcPr>
          <w:p w14:paraId="4C37FA02" w14:textId="77777777" w:rsidR="006A2D2B" w:rsidRDefault="00A36B6F">
            <w:pPr>
              <w:spacing w:after="0"/>
              <w:jc w:val="center"/>
            </w:pPr>
            <w:r>
              <w:rPr>
                <w:sz w:val="18"/>
              </w:rPr>
              <w:t>Desirable</w:t>
            </w:r>
          </w:p>
        </w:tc>
        <w:tc>
          <w:tcPr>
            <w:tcW w:w="2430" w:type="dxa"/>
            <w:tcMar>
              <w:top w:w="80" w:type="dxa"/>
              <w:left w:w="120" w:type="dxa"/>
              <w:bottom w:w="80" w:type="dxa"/>
              <w:right w:w="120" w:type="dxa"/>
            </w:tcMar>
            <w:vAlign w:val="center"/>
          </w:tcPr>
          <w:p w14:paraId="1A7EF3B3" w14:textId="77777777" w:rsidR="006A2D2B" w:rsidRDefault="00A36B6F">
            <w:pPr>
              <w:spacing w:after="0"/>
              <w:jc w:val="center"/>
            </w:pPr>
            <w:r>
              <w:rPr>
                <w:sz w:val="18"/>
              </w:rPr>
              <w:t>Application / interview</w:t>
            </w:r>
          </w:p>
        </w:tc>
      </w:tr>
      <w:tr w:rsidR="006A2D2B" w14:paraId="5B3F545D" w14:textId="77777777">
        <w:tc>
          <w:tcPr>
            <w:tcW w:w="1500" w:type="dxa"/>
            <w:shd w:val="clear" w:color="auto" w:fill="F8F9FA"/>
            <w:tcMar>
              <w:top w:w="80" w:type="dxa"/>
              <w:left w:w="120" w:type="dxa"/>
              <w:bottom w:w="80" w:type="dxa"/>
              <w:right w:w="120" w:type="dxa"/>
            </w:tcMar>
            <w:vAlign w:val="center"/>
          </w:tcPr>
          <w:p w14:paraId="2A56E0D4" w14:textId="77777777" w:rsidR="006A2D2B" w:rsidRDefault="00A36B6F">
            <w:pPr>
              <w:spacing w:after="0"/>
            </w:pPr>
            <w:r>
              <w:rPr>
                <w:sz w:val="18"/>
              </w:rPr>
              <w:t>Reliability</w:t>
            </w:r>
          </w:p>
        </w:tc>
        <w:tc>
          <w:tcPr>
            <w:tcW w:w="4080" w:type="dxa"/>
            <w:shd w:val="clear" w:color="auto" w:fill="F8F9FA"/>
            <w:tcMar>
              <w:top w:w="80" w:type="dxa"/>
              <w:left w:w="120" w:type="dxa"/>
              <w:bottom w:w="80" w:type="dxa"/>
              <w:right w:w="120" w:type="dxa"/>
            </w:tcMar>
            <w:vAlign w:val="center"/>
          </w:tcPr>
          <w:p w14:paraId="61FC0140" w14:textId="77777777" w:rsidR="006A2D2B" w:rsidRDefault="00A36B6F">
            <w:pPr>
              <w:spacing w:after="0"/>
            </w:pPr>
            <w:r>
              <w:rPr>
                <w:sz w:val="18"/>
              </w:rPr>
              <w:t>A dependable approach to attendance, timekeeping, shift handover and following agreed procedures.</w:t>
            </w:r>
          </w:p>
        </w:tc>
        <w:tc>
          <w:tcPr>
            <w:tcW w:w="1350" w:type="dxa"/>
            <w:shd w:val="clear" w:color="auto" w:fill="F8F9FA"/>
            <w:tcMar>
              <w:top w:w="80" w:type="dxa"/>
              <w:left w:w="120" w:type="dxa"/>
              <w:bottom w:w="80" w:type="dxa"/>
              <w:right w:w="120" w:type="dxa"/>
            </w:tcMar>
            <w:vAlign w:val="center"/>
          </w:tcPr>
          <w:p w14:paraId="1BC8E518" w14:textId="77777777" w:rsidR="006A2D2B" w:rsidRDefault="00A36B6F">
            <w:pPr>
              <w:spacing w:after="0"/>
              <w:jc w:val="center"/>
            </w:pPr>
            <w:r>
              <w:rPr>
                <w:b/>
                <w:sz w:val="18"/>
              </w:rPr>
              <w:t>Essential</w:t>
            </w:r>
          </w:p>
        </w:tc>
        <w:tc>
          <w:tcPr>
            <w:tcW w:w="2430" w:type="dxa"/>
            <w:shd w:val="clear" w:color="auto" w:fill="F8F9FA"/>
            <w:tcMar>
              <w:top w:w="80" w:type="dxa"/>
              <w:left w:w="120" w:type="dxa"/>
              <w:bottom w:w="80" w:type="dxa"/>
              <w:right w:w="120" w:type="dxa"/>
            </w:tcMar>
            <w:vAlign w:val="center"/>
          </w:tcPr>
          <w:p w14:paraId="05099254" w14:textId="77777777" w:rsidR="006A2D2B" w:rsidRDefault="00A36B6F">
            <w:pPr>
              <w:spacing w:after="0"/>
              <w:jc w:val="center"/>
            </w:pPr>
            <w:r>
              <w:rPr>
                <w:sz w:val="18"/>
              </w:rPr>
              <w:t>Application / references</w:t>
            </w:r>
          </w:p>
        </w:tc>
      </w:tr>
      <w:tr w:rsidR="006A2D2B" w14:paraId="574E8DAF" w14:textId="77777777">
        <w:tc>
          <w:tcPr>
            <w:tcW w:w="1500" w:type="dxa"/>
            <w:tcMar>
              <w:top w:w="80" w:type="dxa"/>
              <w:left w:w="120" w:type="dxa"/>
              <w:bottom w:w="80" w:type="dxa"/>
              <w:right w:w="120" w:type="dxa"/>
            </w:tcMar>
            <w:vAlign w:val="center"/>
          </w:tcPr>
          <w:p w14:paraId="2794684D" w14:textId="77777777" w:rsidR="006A2D2B" w:rsidRDefault="00A36B6F">
            <w:pPr>
              <w:spacing w:after="0"/>
            </w:pPr>
            <w:r>
              <w:rPr>
                <w:sz w:val="18"/>
              </w:rPr>
              <w:t>Working independently</w:t>
            </w:r>
          </w:p>
        </w:tc>
        <w:tc>
          <w:tcPr>
            <w:tcW w:w="4080" w:type="dxa"/>
            <w:tcMar>
              <w:top w:w="80" w:type="dxa"/>
              <w:left w:w="120" w:type="dxa"/>
              <w:bottom w:w="80" w:type="dxa"/>
              <w:right w:w="120" w:type="dxa"/>
            </w:tcMar>
            <w:vAlign w:val="center"/>
          </w:tcPr>
          <w:p w14:paraId="037216C3" w14:textId="77777777" w:rsidR="006A2D2B" w:rsidRDefault="00A36B6F">
            <w:pPr>
              <w:spacing w:after="0"/>
            </w:pPr>
            <w:r>
              <w:rPr>
                <w:sz w:val="18"/>
              </w:rPr>
              <w:t>Ability to use judgement, remain calm and seek support appropriately while working without close supervision.</w:t>
            </w:r>
          </w:p>
        </w:tc>
        <w:tc>
          <w:tcPr>
            <w:tcW w:w="1350" w:type="dxa"/>
            <w:tcMar>
              <w:top w:w="80" w:type="dxa"/>
              <w:left w:w="120" w:type="dxa"/>
              <w:bottom w:w="80" w:type="dxa"/>
              <w:right w:w="120" w:type="dxa"/>
            </w:tcMar>
            <w:vAlign w:val="center"/>
          </w:tcPr>
          <w:p w14:paraId="4ADFE093" w14:textId="77777777" w:rsidR="006A2D2B" w:rsidRDefault="00A36B6F">
            <w:pPr>
              <w:spacing w:after="0"/>
              <w:jc w:val="center"/>
            </w:pPr>
            <w:r>
              <w:rPr>
                <w:b/>
                <w:sz w:val="18"/>
              </w:rPr>
              <w:t>Essential</w:t>
            </w:r>
          </w:p>
        </w:tc>
        <w:tc>
          <w:tcPr>
            <w:tcW w:w="2430" w:type="dxa"/>
            <w:tcMar>
              <w:top w:w="80" w:type="dxa"/>
              <w:left w:w="120" w:type="dxa"/>
              <w:bottom w:w="80" w:type="dxa"/>
              <w:right w:w="120" w:type="dxa"/>
            </w:tcMar>
            <w:vAlign w:val="center"/>
          </w:tcPr>
          <w:p w14:paraId="09B747EA" w14:textId="77777777" w:rsidR="006A2D2B" w:rsidRDefault="00A36B6F">
            <w:pPr>
              <w:spacing w:after="0"/>
              <w:jc w:val="center"/>
            </w:pPr>
            <w:r>
              <w:rPr>
                <w:sz w:val="18"/>
              </w:rPr>
              <w:t>Application / interview</w:t>
            </w:r>
          </w:p>
        </w:tc>
      </w:tr>
      <w:tr w:rsidR="006A2D2B" w14:paraId="096DFEF1" w14:textId="77777777">
        <w:tc>
          <w:tcPr>
            <w:tcW w:w="1500" w:type="dxa"/>
            <w:shd w:val="clear" w:color="auto" w:fill="F8F9FA"/>
            <w:tcMar>
              <w:top w:w="80" w:type="dxa"/>
              <w:left w:w="120" w:type="dxa"/>
              <w:bottom w:w="80" w:type="dxa"/>
              <w:right w:w="120" w:type="dxa"/>
            </w:tcMar>
            <w:vAlign w:val="center"/>
          </w:tcPr>
          <w:p w14:paraId="7B9E5CD2" w14:textId="77777777" w:rsidR="006A2D2B" w:rsidRDefault="00A36B6F">
            <w:pPr>
              <w:spacing w:after="0"/>
            </w:pPr>
            <w:r>
              <w:rPr>
                <w:sz w:val="18"/>
              </w:rPr>
              <w:t>Communication</w:t>
            </w:r>
          </w:p>
        </w:tc>
        <w:tc>
          <w:tcPr>
            <w:tcW w:w="4080" w:type="dxa"/>
            <w:shd w:val="clear" w:color="auto" w:fill="F8F9FA"/>
            <w:tcMar>
              <w:top w:w="80" w:type="dxa"/>
              <w:left w:w="120" w:type="dxa"/>
              <w:bottom w:w="80" w:type="dxa"/>
              <w:right w:w="120" w:type="dxa"/>
            </w:tcMar>
            <w:vAlign w:val="center"/>
          </w:tcPr>
          <w:p w14:paraId="055BD3DC" w14:textId="77777777" w:rsidR="006A2D2B" w:rsidRDefault="00A36B6F">
            <w:pPr>
              <w:spacing w:after="0"/>
            </w:pPr>
            <w:r>
              <w:rPr>
                <w:sz w:val="18"/>
              </w:rPr>
              <w:t>Clear, respectful communication with a wide range of people, including the ability to handle minor concerns professionally.</w:t>
            </w:r>
          </w:p>
        </w:tc>
        <w:tc>
          <w:tcPr>
            <w:tcW w:w="1350" w:type="dxa"/>
            <w:shd w:val="clear" w:color="auto" w:fill="F8F9FA"/>
            <w:tcMar>
              <w:top w:w="80" w:type="dxa"/>
              <w:left w:w="120" w:type="dxa"/>
              <w:bottom w:w="80" w:type="dxa"/>
              <w:right w:w="120" w:type="dxa"/>
            </w:tcMar>
            <w:vAlign w:val="center"/>
          </w:tcPr>
          <w:p w14:paraId="2EDB643B" w14:textId="77777777" w:rsidR="006A2D2B" w:rsidRDefault="00A36B6F">
            <w:pPr>
              <w:spacing w:after="0"/>
              <w:jc w:val="center"/>
            </w:pPr>
            <w:r>
              <w:rPr>
                <w:b/>
                <w:sz w:val="18"/>
              </w:rPr>
              <w:t>Essential</w:t>
            </w:r>
          </w:p>
        </w:tc>
        <w:tc>
          <w:tcPr>
            <w:tcW w:w="2430" w:type="dxa"/>
            <w:shd w:val="clear" w:color="auto" w:fill="F8F9FA"/>
            <w:tcMar>
              <w:top w:w="80" w:type="dxa"/>
              <w:left w:w="120" w:type="dxa"/>
              <w:bottom w:w="80" w:type="dxa"/>
              <w:right w:w="120" w:type="dxa"/>
            </w:tcMar>
            <w:vAlign w:val="center"/>
          </w:tcPr>
          <w:p w14:paraId="31A105F3" w14:textId="77777777" w:rsidR="006A2D2B" w:rsidRDefault="00A36B6F">
            <w:pPr>
              <w:spacing w:after="0"/>
              <w:jc w:val="center"/>
            </w:pPr>
            <w:r>
              <w:rPr>
                <w:sz w:val="18"/>
              </w:rPr>
              <w:t>Application / interview</w:t>
            </w:r>
          </w:p>
        </w:tc>
      </w:tr>
      <w:tr w:rsidR="006A2D2B" w14:paraId="31EE2D79" w14:textId="77777777">
        <w:tc>
          <w:tcPr>
            <w:tcW w:w="1500" w:type="dxa"/>
            <w:tcMar>
              <w:top w:w="80" w:type="dxa"/>
              <w:left w:w="120" w:type="dxa"/>
              <w:bottom w:w="80" w:type="dxa"/>
              <w:right w:w="120" w:type="dxa"/>
            </w:tcMar>
            <w:vAlign w:val="center"/>
          </w:tcPr>
          <w:p w14:paraId="5BDA17D9" w14:textId="77777777" w:rsidR="006A2D2B" w:rsidRDefault="00A36B6F">
            <w:pPr>
              <w:spacing w:after="0"/>
            </w:pPr>
            <w:r>
              <w:rPr>
                <w:sz w:val="18"/>
              </w:rPr>
              <w:t>Safety</w:t>
            </w:r>
          </w:p>
        </w:tc>
        <w:tc>
          <w:tcPr>
            <w:tcW w:w="4080" w:type="dxa"/>
            <w:tcMar>
              <w:top w:w="80" w:type="dxa"/>
              <w:left w:w="120" w:type="dxa"/>
              <w:bottom w:w="80" w:type="dxa"/>
              <w:right w:w="120" w:type="dxa"/>
            </w:tcMar>
            <w:vAlign w:val="center"/>
          </w:tcPr>
          <w:p w14:paraId="58D1D7CB" w14:textId="77777777" w:rsidR="006A2D2B" w:rsidRDefault="00A36B6F">
            <w:pPr>
              <w:spacing w:after="0"/>
            </w:pPr>
            <w:r>
              <w:rPr>
                <w:sz w:val="18"/>
              </w:rPr>
              <w:t>Practical awareness of health and safety, hazards and the importance of accurate incident reporting.</w:t>
            </w:r>
          </w:p>
        </w:tc>
        <w:tc>
          <w:tcPr>
            <w:tcW w:w="1350" w:type="dxa"/>
            <w:tcMar>
              <w:top w:w="80" w:type="dxa"/>
              <w:left w:w="120" w:type="dxa"/>
              <w:bottom w:w="80" w:type="dxa"/>
              <w:right w:w="120" w:type="dxa"/>
            </w:tcMar>
            <w:vAlign w:val="center"/>
          </w:tcPr>
          <w:p w14:paraId="0550592C" w14:textId="77777777" w:rsidR="006A2D2B" w:rsidRDefault="00A36B6F">
            <w:pPr>
              <w:spacing w:after="0"/>
              <w:jc w:val="center"/>
            </w:pPr>
            <w:r>
              <w:rPr>
                <w:b/>
                <w:sz w:val="18"/>
              </w:rPr>
              <w:t>Essential</w:t>
            </w:r>
          </w:p>
        </w:tc>
        <w:tc>
          <w:tcPr>
            <w:tcW w:w="2430" w:type="dxa"/>
            <w:tcMar>
              <w:top w:w="80" w:type="dxa"/>
              <w:left w:w="120" w:type="dxa"/>
              <w:bottom w:w="80" w:type="dxa"/>
              <w:right w:w="120" w:type="dxa"/>
            </w:tcMar>
            <w:vAlign w:val="center"/>
          </w:tcPr>
          <w:p w14:paraId="767998F7" w14:textId="77777777" w:rsidR="006A2D2B" w:rsidRDefault="00A36B6F">
            <w:pPr>
              <w:spacing w:after="0"/>
              <w:jc w:val="center"/>
            </w:pPr>
            <w:r>
              <w:rPr>
                <w:sz w:val="18"/>
              </w:rPr>
              <w:t>Application / interview</w:t>
            </w:r>
          </w:p>
        </w:tc>
      </w:tr>
      <w:tr w:rsidR="006A2D2B" w14:paraId="6E88330F" w14:textId="77777777">
        <w:tc>
          <w:tcPr>
            <w:tcW w:w="1500" w:type="dxa"/>
            <w:shd w:val="clear" w:color="auto" w:fill="F8F9FA"/>
            <w:tcMar>
              <w:top w:w="80" w:type="dxa"/>
              <w:left w:w="120" w:type="dxa"/>
              <w:bottom w:w="80" w:type="dxa"/>
              <w:right w:w="120" w:type="dxa"/>
            </w:tcMar>
            <w:vAlign w:val="center"/>
          </w:tcPr>
          <w:p w14:paraId="19534A9C" w14:textId="77777777" w:rsidR="006A2D2B" w:rsidRDefault="00A36B6F">
            <w:pPr>
              <w:spacing w:after="0"/>
            </w:pPr>
            <w:r>
              <w:rPr>
                <w:sz w:val="18"/>
              </w:rPr>
              <w:t>Practical ability</w:t>
            </w:r>
          </w:p>
        </w:tc>
        <w:tc>
          <w:tcPr>
            <w:tcW w:w="4080" w:type="dxa"/>
            <w:shd w:val="clear" w:color="auto" w:fill="F8F9FA"/>
            <w:tcMar>
              <w:top w:w="80" w:type="dxa"/>
              <w:left w:w="120" w:type="dxa"/>
              <w:bottom w:w="80" w:type="dxa"/>
              <w:right w:w="120" w:type="dxa"/>
            </w:tcMar>
            <w:vAlign w:val="center"/>
          </w:tcPr>
          <w:p w14:paraId="2B61F95F" w14:textId="77777777" w:rsidR="006A2D2B" w:rsidRDefault="00A36B6F">
            <w:pPr>
              <w:spacing w:after="0"/>
            </w:pPr>
            <w:r>
              <w:rPr>
                <w:sz w:val="18"/>
              </w:rPr>
              <w:t>Ability to prepare rooms, undertake routine checks and move furniture or equipment safely, with reasonable adjustments where required.</w:t>
            </w:r>
          </w:p>
        </w:tc>
        <w:tc>
          <w:tcPr>
            <w:tcW w:w="1350" w:type="dxa"/>
            <w:shd w:val="clear" w:color="auto" w:fill="F8F9FA"/>
            <w:tcMar>
              <w:top w:w="80" w:type="dxa"/>
              <w:left w:w="120" w:type="dxa"/>
              <w:bottom w:w="80" w:type="dxa"/>
              <w:right w:w="120" w:type="dxa"/>
            </w:tcMar>
            <w:vAlign w:val="center"/>
          </w:tcPr>
          <w:p w14:paraId="68A87BEA" w14:textId="77777777" w:rsidR="006A2D2B" w:rsidRDefault="00A36B6F">
            <w:pPr>
              <w:spacing w:after="0"/>
              <w:jc w:val="center"/>
            </w:pPr>
            <w:r>
              <w:rPr>
                <w:b/>
                <w:sz w:val="18"/>
              </w:rPr>
              <w:t>Essential</w:t>
            </w:r>
          </w:p>
        </w:tc>
        <w:tc>
          <w:tcPr>
            <w:tcW w:w="2430" w:type="dxa"/>
            <w:shd w:val="clear" w:color="auto" w:fill="F8F9FA"/>
            <w:tcMar>
              <w:top w:w="80" w:type="dxa"/>
              <w:left w:w="120" w:type="dxa"/>
              <w:bottom w:w="80" w:type="dxa"/>
              <w:right w:w="120" w:type="dxa"/>
            </w:tcMar>
            <w:vAlign w:val="center"/>
          </w:tcPr>
          <w:p w14:paraId="22A6A803" w14:textId="77777777" w:rsidR="006A2D2B" w:rsidRDefault="00A36B6F">
            <w:pPr>
              <w:spacing w:after="0"/>
              <w:jc w:val="center"/>
            </w:pPr>
            <w:r>
              <w:rPr>
                <w:sz w:val="18"/>
              </w:rPr>
              <w:t>Application / interview</w:t>
            </w:r>
          </w:p>
        </w:tc>
      </w:tr>
      <w:tr w:rsidR="006A2D2B" w14:paraId="180645EE" w14:textId="77777777">
        <w:tc>
          <w:tcPr>
            <w:tcW w:w="1500" w:type="dxa"/>
            <w:tcMar>
              <w:top w:w="80" w:type="dxa"/>
              <w:left w:w="120" w:type="dxa"/>
              <w:bottom w:w="80" w:type="dxa"/>
              <w:right w:w="120" w:type="dxa"/>
            </w:tcMar>
            <w:vAlign w:val="center"/>
          </w:tcPr>
          <w:p w14:paraId="7A1BBA96" w14:textId="77777777" w:rsidR="006A2D2B" w:rsidRDefault="00A36B6F">
            <w:pPr>
              <w:spacing w:after="0"/>
            </w:pPr>
            <w:r>
              <w:rPr>
                <w:sz w:val="18"/>
              </w:rPr>
              <w:t>Digital skills</w:t>
            </w:r>
          </w:p>
        </w:tc>
        <w:tc>
          <w:tcPr>
            <w:tcW w:w="4080" w:type="dxa"/>
            <w:tcMar>
              <w:top w:w="80" w:type="dxa"/>
              <w:left w:w="120" w:type="dxa"/>
              <w:bottom w:w="80" w:type="dxa"/>
              <w:right w:w="120" w:type="dxa"/>
            </w:tcMar>
            <w:vAlign w:val="center"/>
          </w:tcPr>
          <w:p w14:paraId="14D1FB50" w14:textId="77777777" w:rsidR="006A2D2B" w:rsidRDefault="00A36B6F">
            <w:pPr>
              <w:spacing w:after="0"/>
            </w:pPr>
            <w:r>
              <w:rPr>
                <w:sz w:val="18"/>
              </w:rPr>
              <w:t>Proficient in Microsoft Office packages, particularly Outlook and Word, with basic Excel skills and confidence using online calendars, booking systems and digital records.</w:t>
            </w:r>
          </w:p>
        </w:tc>
        <w:tc>
          <w:tcPr>
            <w:tcW w:w="1350" w:type="dxa"/>
            <w:tcMar>
              <w:top w:w="80" w:type="dxa"/>
              <w:left w:w="120" w:type="dxa"/>
              <w:bottom w:w="80" w:type="dxa"/>
              <w:right w:w="120" w:type="dxa"/>
            </w:tcMar>
            <w:vAlign w:val="center"/>
          </w:tcPr>
          <w:p w14:paraId="56A2F86A" w14:textId="77777777" w:rsidR="006A2D2B" w:rsidRDefault="00A36B6F">
            <w:pPr>
              <w:spacing w:after="0"/>
              <w:jc w:val="center"/>
            </w:pPr>
            <w:r>
              <w:rPr>
                <w:b/>
                <w:sz w:val="18"/>
              </w:rPr>
              <w:t>Essential</w:t>
            </w:r>
          </w:p>
        </w:tc>
        <w:tc>
          <w:tcPr>
            <w:tcW w:w="2430" w:type="dxa"/>
            <w:tcMar>
              <w:top w:w="80" w:type="dxa"/>
              <w:left w:w="120" w:type="dxa"/>
              <w:bottom w:w="80" w:type="dxa"/>
              <w:right w:w="120" w:type="dxa"/>
            </w:tcMar>
            <w:vAlign w:val="center"/>
          </w:tcPr>
          <w:p w14:paraId="4520D7DE" w14:textId="77777777" w:rsidR="006A2D2B" w:rsidRDefault="00A36B6F">
            <w:pPr>
              <w:spacing w:after="0"/>
              <w:jc w:val="center"/>
            </w:pPr>
            <w:r>
              <w:rPr>
                <w:sz w:val="18"/>
              </w:rPr>
              <w:t>Application / interview</w:t>
            </w:r>
          </w:p>
        </w:tc>
      </w:tr>
      <w:tr w:rsidR="006A2D2B" w14:paraId="6F9C5C32" w14:textId="77777777">
        <w:tc>
          <w:tcPr>
            <w:tcW w:w="1500" w:type="dxa"/>
            <w:shd w:val="clear" w:color="auto" w:fill="F8F9FA"/>
            <w:tcMar>
              <w:top w:w="80" w:type="dxa"/>
              <w:left w:w="120" w:type="dxa"/>
              <w:bottom w:w="80" w:type="dxa"/>
              <w:right w:w="120" w:type="dxa"/>
            </w:tcMar>
            <w:vAlign w:val="center"/>
          </w:tcPr>
          <w:p w14:paraId="43B56C9D" w14:textId="77777777" w:rsidR="006A2D2B" w:rsidRDefault="00A36B6F">
            <w:pPr>
              <w:spacing w:after="0"/>
            </w:pPr>
            <w:r>
              <w:rPr>
                <w:sz w:val="18"/>
              </w:rPr>
              <w:t>Cash handling</w:t>
            </w:r>
          </w:p>
        </w:tc>
        <w:tc>
          <w:tcPr>
            <w:tcW w:w="4080" w:type="dxa"/>
            <w:shd w:val="clear" w:color="auto" w:fill="F8F9FA"/>
            <w:tcMar>
              <w:top w:w="80" w:type="dxa"/>
              <w:left w:w="120" w:type="dxa"/>
              <w:bottom w:w="80" w:type="dxa"/>
              <w:right w:w="120" w:type="dxa"/>
            </w:tcMar>
            <w:vAlign w:val="center"/>
          </w:tcPr>
          <w:p w14:paraId="2214A2DF" w14:textId="77777777" w:rsidR="006A2D2B" w:rsidRDefault="00A36B6F">
            <w:pPr>
              <w:spacing w:after="0"/>
            </w:pPr>
            <w:r>
              <w:rPr>
                <w:sz w:val="18"/>
              </w:rPr>
              <w:t>Experience of taking cash or card payments and following reconciliation procedures.</w:t>
            </w:r>
          </w:p>
        </w:tc>
        <w:tc>
          <w:tcPr>
            <w:tcW w:w="1350" w:type="dxa"/>
            <w:shd w:val="clear" w:color="auto" w:fill="F8F9FA"/>
            <w:tcMar>
              <w:top w:w="80" w:type="dxa"/>
              <w:left w:w="120" w:type="dxa"/>
              <w:bottom w:w="80" w:type="dxa"/>
              <w:right w:w="120" w:type="dxa"/>
            </w:tcMar>
            <w:vAlign w:val="center"/>
          </w:tcPr>
          <w:p w14:paraId="0CB904B4" w14:textId="77777777" w:rsidR="006A2D2B" w:rsidRDefault="00A36B6F">
            <w:pPr>
              <w:spacing w:after="0"/>
              <w:jc w:val="center"/>
            </w:pPr>
            <w:r>
              <w:rPr>
                <w:sz w:val="18"/>
              </w:rPr>
              <w:t>Desirable</w:t>
            </w:r>
          </w:p>
        </w:tc>
        <w:tc>
          <w:tcPr>
            <w:tcW w:w="2430" w:type="dxa"/>
            <w:shd w:val="clear" w:color="auto" w:fill="F8F9FA"/>
            <w:tcMar>
              <w:top w:w="80" w:type="dxa"/>
              <w:left w:w="120" w:type="dxa"/>
              <w:bottom w:w="80" w:type="dxa"/>
              <w:right w:w="120" w:type="dxa"/>
            </w:tcMar>
            <w:vAlign w:val="center"/>
          </w:tcPr>
          <w:p w14:paraId="30F63001" w14:textId="77777777" w:rsidR="006A2D2B" w:rsidRDefault="00A36B6F">
            <w:pPr>
              <w:spacing w:after="0"/>
              <w:jc w:val="center"/>
            </w:pPr>
            <w:r>
              <w:rPr>
                <w:sz w:val="18"/>
              </w:rPr>
              <w:t>Application / interview</w:t>
            </w:r>
          </w:p>
        </w:tc>
      </w:tr>
      <w:tr w:rsidR="006A2D2B" w14:paraId="0B928D55" w14:textId="77777777">
        <w:tc>
          <w:tcPr>
            <w:tcW w:w="1500" w:type="dxa"/>
            <w:tcMar>
              <w:top w:w="80" w:type="dxa"/>
              <w:left w:w="120" w:type="dxa"/>
              <w:bottom w:w="80" w:type="dxa"/>
              <w:right w:w="120" w:type="dxa"/>
            </w:tcMar>
            <w:vAlign w:val="center"/>
          </w:tcPr>
          <w:p w14:paraId="5C89CF17" w14:textId="77777777" w:rsidR="006A2D2B" w:rsidRDefault="00A36B6F">
            <w:pPr>
              <w:spacing w:after="0"/>
            </w:pPr>
            <w:r>
              <w:rPr>
                <w:sz w:val="18"/>
              </w:rPr>
              <w:t>Training</w:t>
            </w:r>
          </w:p>
        </w:tc>
        <w:tc>
          <w:tcPr>
            <w:tcW w:w="4080" w:type="dxa"/>
            <w:tcMar>
              <w:top w:w="80" w:type="dxa"/>
              <w:left w:w="120" w:type="dxa"/>
              <w:bottom w:w="80" w:type="dxa"/>
              <w:right w:w="120" w:type="dxa"/>
            </w:tcMar>
            <w:vAlign w:val="center"/>
          </w:tcPr>
          <w:p w14:paraId="2DDA98F9" w14:textId="77777777" w:rsidR="006A2D2B" w:rsidRDefault="00A36B6F">
            <w:pPr>
              <w:spacing w:after="0"/>
            </w:pPr>
            <w:r>
              <w:rPr>
                <w:sz w:val="18"/>
              </w:rPr>
              <w:t>Current first-aid, fire-safety, manual-handling or relevant facilities training.</w:t>
            </w:r>
          </w:p>
        </w:tc>
        <w:tc>
          <w:tcPr>
            <w:tcW w:w="1350" w:type="dxa"/>
            <w:tcMar>
              <w:top w:w="80" w:type="dxa"/>
              <w:left w:w="120" w:type="dxa"/>
              <w:bottom w:w="80" w:type="dxa"/>
              <w:right w:w="120" w:type="dxa"/>
            </w:tcMar>
            <w:vAlign w:val="center"/>
          </w:tcPr>
          <w:p w14:paraId="362B4659" w14:textId="77777777" w:rsidR="006A2D2B" w:rsidRDefault="00A36B6F">
            <w:pPr>
              <w:spacing w:after="0"/>
              <w:jc w:val="center"/>
            </w:pPr>
            <w:r>
              <w:rPr>
                <w:sz w:val="18"/>
              </w:rPr>
              <w:t>Desirable</w:t>
            </w:r>
          </w:p>
        </w:tc>
        <w:tc>
          <w:tcPr>
            <w:tcW w:w="2430" w:type="dxa"/>
            <w:tcMar>
              <w:top w:w="80" w:type="dxa"/>
              <w:left w:w="120" w:type="dxa"/>
              <w:bottom w:w="80" w:type="dxa"/>
              <w:right w:w="120" w:type="dxa"/>
            </w:tcMar>
            <w:vAlign w:val="center"/>
          </w:tcPr>
          <w:p w14:paraId="35369F85" w14:textId="77777777" w:rsidR="006A2D2B" w:rsidRDefault="00A36B6F">
            <w:pPr>
              <w:spacing w:after="0"/>
              <w:jc w:val="center"/>
            </w:pPr>
            <w:r>
              <w:rPr>
                <w:sz w:val="18"/>
              </w:rPr>
              <w:t>Application</w:t>
            </w:r>
          </w:p>
        </w:tc>
      </w:tr>
      <w:tr w:rsidR="006A2D2B" w14:paraId="22FDBD53" w14:textId="77777777">
        <w:tc>
          <w:tcPr>
            <w:tcW w:w="1500" w:type="dxa"/>
            <w:shd w:val="clear" w:color="auto" w:fill="F8F9FA"/>
            <w:tcMar>
              <w:top w:w="80" w:type="dxa"/>
              <w:left w:w="120" w:type="dxa"/>
              <w:bottom w:w="80" w:type="dxa"/>
              <w:right w:w="120" w:type="dxa"/>
            </w:tcMar>
            <w:vAlign w:val="center"/>
          </w:tcPr>
          <w:p w14:paraId="1044AB75" w14:textId="77777777" w:rsidR="006A2D2B" w:rsidRDefault="00A36B6F">
            <w:pPr>
              <w:spacing w:after="0"/>
            </w:pPr>
            <w:r>
              <w:rPr>
                <w:sz w:val="18"/>
              </w:rPr>
              <w:t>Availability</w:t>
            </w:r>
          </w:p>
        </w:tc>
        <w:tc>
          <w:tcPr>
            <w:tcW w:w="4080" w:type="dxa"/>
            <w:shd w:val="clear" w:color="auto" w:fill="F8F9FA"/>
            <w:tcMar>
              <w:top w:w="80" w:type="dxa"/>
              <w:left w:w="120" w:type="dxa"/>
              <w:bottom w:w="80" w:type="dxa"/>
              <w:right w:w="120" w:type="dxa"/>
            </w:tcMar>
            <w:vAlign w:val="center"/>
          </w:tcPr>
          <w:p w14:paraId="3572561C" w14:textId="77777777" w:rsidR="006A2D2B" w:rsidRDefault="00A36B6F">
            <w:pPr>
              <w:spacing w:after="0"/>
            </w:pPr>
            <w:r>
              <w:rPr>
                <w:sz w:val="18"/>
              </w:rPr>
              <w:t>Ability to work the regular evening and/or weekend shifts offered and provide occasional additional cover by agreement.</w:t>
            </w:r>
          </w:p>
        </w:tc>
        <w:tc>
          <w:tcPr>
            <w:tcW w:w="1350" w:type="dxa"/>
            <w:shd w:val="clear" w:color="auto" w:fill="F8F9FA"/>
            <w:tcMar>
              <w:top w:w="80" w:type="dxa"/>
              <w:left w:w="120" w:type="dxa"/>
              <w:bottom w:w="80" w:type="dxa"/>
              <w:right w:w="120" w:type="dxa"/>
            </w:tcMar>
            <w:vAlign w:val="center"/>
          </w:tcPr>
          <w:p w14:paraId="7E5E4942" w14:textId="77777777" w:rsidR="006A2D2B" w:rsidRDefault="00A36B6F">
            <w:pPr>
              <w:spacing w:after="0"/>
              <w:jc w:val="center"/>
            </w:pPr>
            <w:r>
              <w:rPr>
                <w:b/>
                <w:sz w:val="18"/>
              </w:rPr>
              <w:t>Essential</w:t>
            </w:r>
          </w:p>
        </w:tc>
        <w:tc>
          <w:tcPr>
            <w:tcW w:w="2430" w:type="dxa"/>
            <w:shd w:val="clear" w:color="auto" w:fill="F8F9FA"/>
            <w:tcMar>
              <w:top w:w="80" w:type="dxa"/>
              <w:left w:w="120" w:type="dxa"/>
              <w:bottom w:w="80" w:type="dxa"/>
              <w:right w:w="120" w:type="dxa"/>
            </w:tcMar>
            <w:vAlign w:val="center"/>
          </w:tcPr>
          <w:p w14:paraId="022D680F" w14:textId="77777777" w:rsidR="006A2D2B" w:rsidRDefault="00A36B6F">
            <w:pPr>
              <w:spacing w:after="0"/>
              <w:jc w:val="center"/>
            </w:pPr>
            <w:r>
              <w:rPr>
                <w:sz w:val="18"/>
              </w:rPr>
              <w:t>Application</w:t>
            </w:r>
          </w:p>
        </w:tc>
      </w:tr>
      <w:tr w:rsidR="006A2D2B" w14:paraId="52EAB0AC" w14:textId="77777777">
        <w:tc>
          <w:tcPr>
            <w:tcW w:w="1500" w:type="dxa"/>
            <w:tcMar>
              <w:top w:w="80" w:type="dxa"/>
              <w:left w:w="120" w:type="dxa"/>
              <w:bottom w:w="80" w:type="dxa"/>
              <w:right w:w="120" w:type="dxa"/>
            </w:tcMar>
            <w:vAlign w:val="center"/>
          </w:tcPr>
          <w:p w14:paraId="7B54E3A1" w14:textId="77777777" w:rsidR="006A2D2B" w:rsidRDefault="00A36B6F">
            <w:pPr>
              <w:spacing w:after="0"/>
            </w:pPr>
            <w:r>
              <w:rPr>
                <w:sz w:val="18"/>
              </w:rPr>
              <w:t>Values</w:t>
            </w:r>
          </w:p>
        </w:tc>
        <w:tc>
          <w:tcPr>
            <w:tcW w:w="4080" w:type="dxa"/>
            <w:tcMar>
              <w:top w:w="80" w:type="dxa"/>
              <w:left w:w="120" w:type="dxa"/>
              <w:bottom w:w="80" w:type="dxa"/>
              <w:right w:w="120" w:type="dxa"/>
            </w:tcMar>
            <w:vAlign w:val="center"/>
          </w:tcPr>
          <w:p w14:paraId="02AD9D77" w14:textId="77777777" w:rsidR="006A2D2B" w:rsidRDefault="00A36B6F">
            <w:pPr>
              <w:spacing w:after="0"/>
            </w:pPr>
            <w:r>
              <w:rPr>
                <w:sz w:val="18"/>
              </w:rPr>
              <w:t>Commitment to equality, confidentiality, respectful community service and the aims of the Trust.</w:t>
            </w:r>
          </w:p>
        </w:tc>
        <w:tc>
          <w:tcPr>
            <w:tcW w:w="1350" w:type="dxa"/>
            <w:tcMar>
              <w:top w:w="80" w:type="dxa"/>
              <w:left w:w="120" w:type="dxa"/>
              <w:bottom w:w="80" w:type="dxa"/>
              <w:right w:w="120" w:type="dxa"/>
            </w:tcMar>
            <w:vAlign w:val="center"/>
          </w:tcPr>
          <w:p w14:paraId="597E8903" w14:textId="77777777" w:rsidR="006A2D2B" w:rsidRDefault="00A36B6F">
            <w:pPr>
              <w:spacing w:after="0"/>
              <w:jc w:val="center"/>
            </w:pPr>
            <w:r>
              <w:rPr>
                <w:b/>
                <w:sz w:val="18"/>
              </w:rPr>
              <w:t>Essential</w:t>
            </w:r>
          </w:p>
        </w:tc>
        <w:tc>
          <w:tcPr>
            <w:tcW w:w="2430" w:type="dxa"/>
            <w:tcMar>
              <w:top w:w="80" w:type="dxa"/>
              <w:left w:w="120" w:type="dxa"/>
              <w:bottom w:w="80" w:type="dxa"/>
              <w:right w:w="120" w:type="dxa"/>
            </w:tcMar>
            <w:vAlign w:val="center"/>
          </w:tcPr>
          <w:p w14:paraId="665B2D6E" w14:textId="77777777" w:rsidR="006A2D2B" w:rsidRDefault="00A36B6F">
            <w:pPr>
              <w:spacing w:after="0"/>
              <w:jc w:val="center"/>
            </w:pPr>
            <w:r>
              <w:rPr>
                <w:sz w:val="18"/>
              </w:rPr>
              <w:t>Application / interview</w:t>
            </w:r>
          </w:p>
        </w:tc>
      </w:tr>
    </w:tbl>
    <w:p w14:paraId="10889CEA" w14:textId="77777777" w:rsidR="006A2D2B" w:rsidRDefault="00A36B6F">
      <w:pPr>
        <w:pStyle w:val="Heading2"/>
      </w:pPr>
      <w:r>
        <w:lastRenderedPageBreak/>
        <w:t>Pre-employment checks</w:t>
      </w:r>
    </w:p>
    <w:p w14:paraId="63F87C18" w14:textId="3942AC4F" w:rsidR="006A2D2B" w:rsidRDefault="00A36B6F">
      <w:r>
        <w:rPr>
          <w:sz w:val="20"/>
        </w:rPr>
        <w:t xml:space="preserve">Any appointment will be subject to satisfactory references, confirmation of the right to work in the UK and the Trust's normal pre-employment checks. </w:t>
      </w:r>
    </w:p>
    <w:p w14:paraId="4EBDA2AC" w14:textId="77777777" w:rsidR="006A2D2B" w:rsidRDefault="00A36B6F">
      <w:pPr>
        <w:pStyle w:val="Heading1"/>
      </w:pPr>
      <w:r>
        <w:t>How to apply</w:t>
      </w:r>
    </w:p>
    <w:p w14:paraId="5C168749" w14:textId="77777777" w:rsidR="006A2D2B" w:rsidRDefault="00A36B6F">
      <w:r>
        <w:rPr>
          <w:sz w:val="21"/>
        </w:rPr>
        <w:t>Complete the application form in this pack and return it using the details below. Please answer the supporting questions with clear examples. A CV may be attached, but it will not replace the application form.</w:t>
      </w:r>
    </w:p>
    <w:tbl>
      <w:tblPr>
        <w:tblStyle w:val="TableGrid"/>
        <w:tblW w:w="9360" w:type="dxa"/>
        <w:tblInd w:w="120" w:type="dxa"/>
        <w:tblLayout w:type="fixed"/>
        <w:tblLook w:val="04A0" w:firstRow="1" w:lastRow="0" w:firstColumn="1" w:lastColumn="0" w:noHBand="0" w:noVBand="1"/>
      </w:tblPr>
      <w:tblGrid>
        <w:gridCol w:w="2700"/>
        <w:gridCol w:w="6660"/>
      </w:tblGrid>
      <w:tr w:rsidR="006A2D2B" w14:paraId="2329AA4D" w14:textId="77777777">
        <w:tc>
          <w:tcPr>
            <w:tcW w:w="2700" w:type="dxa"/>
            <w:shd w:val="clear" w:color="auto" w:fill="E8EEF5"/>
            <w:tcMar>
              <w:top w:w="80" w:type="dxa"/>
              <w:left w:w="120" w:type="dxa"/>
              <w:bottom w:w="80" w:type="dxa"/>
              <w:right w:w="120" w:type="dxa"/>
            </w:tcMar>
            <w:vAlign w:val="center"/>
          </w:tcPr>
          <w:p w14:paraId="6750DD73" w14:textId="77777777" w:rsidR="006A2D2B" w:rsidRDefault="00A36B6F">
            <w:pPr>
              <w:spacing w:after="0"/>
            </w:pPr>
            <w:r>
              <w:rPr>
                <w:b/>
                <w:color w:val="17324D"/>
                <w:sz w:val="20"/>
              </w:rPr>
              <w:t>Return applications to</w:t>
            </w:r>
          </w:p>
        </w:tc>
        <w:tc>
          <w:tcPr>
            <w:tcW w:w="6660" w:type="dxa"/>
            <w:tcMar>
              <w:top w:w="80" w:type="dxa"/>
              <w:left w:w="120" w:type="dxa"/>
              <w:bottom w:w="80" w:type="dxa"/>
              <w:right w:w="120" w:type="dxa"/>
            </w:tcMar>
            <w:vAlign w:val="center"/>
          </w:tcPr>
          <w:p w14:paraId="244C6E21" w14:textId="1BDE5F7C" w:rsidR="006A2D2B" w:rsidRPr="003A249C" w:rsidRDefault="002C3733">
            <w:pPr>
              <w:spacing w:after="0"/>
              <w:rPr>
                <w:sz w:val="20"/>
                <w:szCs w:val="20"/>
                <w:highlight w:val="yellow"/>
              </w:rPr>
            </w:pPr>
            <w:r w:rsidRPr="003A249C">
              <w:rPr>
                <w:sz w:val="20"/>
                <w:szCs w:val="20"/>
              </w:rPr>
              <w:t>whitburncdt@yahoo.co.uk</w:t>
            </w:r>
          </w:p>
        </w:tc>
      </w:tr>
      <w:tr w:rsidR="006A2D2B" w14:paraId="4B8D4512" w14:textId="77777777">
        <w:tc>
          <w:tcPr>
            <w:tcW w:w="2700" w:type="dxa"/>
            <w:shd w:val="clear" w:color="auto" w:fill="E8EEF5"/>
            <w:tcMar>
              <w:top w:w="80" w:type="dxa"/>
              <w:left w:w="120" w:type="dxa"/>
              <w:bottom w:w="80" w:type="dxa"/>
              <w:right w:w="120" w:type="dxa"/>
            </w:tcMar>
            <w:vAlign w:val="center"/>
          </w:tcPr>
          <w:p w14:paraId="10771C4D" w14:textId="77777777" w:rsidR="006A2D2B" w:rsidRDefault="00A36B6F">
            <w:pPr>
              <w:spacing w:after="0"/>
            </w:pPr>
            <w:r>
              <w:rPr>
                <w:b/>
                <w:color w:val="17324D"/>
                <w:sz w:val="20"/>
              </w:rPr>
              <w:t>Closing date and time</w:t>
            </w:r>
          </w:p>
        </w:tc>
        <w:tc>
          <w:tcPr>
            <w:tcW w:w="6660" w:type="dxa"/>
            <w:tcMar>
              <w:top w:w="80" w:type="dxa"/>
              <w:left w:w="120" w:type="dxa"/>
              <w:bottom w:w="80" w:type="dxa"/>
              <w:right w:w="120" w:type="dxa"/>
            </w:tcMar>
            <w:vAlign w:val="center"/>
          </w:tcPr>
          <w:p w14:paraId="44855EA9" w14:textId="4E2DFB4E" w:rsidR="006A2D2B" w:rsidRPr="008B20B0" w:rsidRDefault="002C3733">
            <w:pPr>
              <w:spacing w:after="0"/>
              <w:rPr>
                <w:highlight w:val="yellow"/>
              </w:rPr>
            </w:pPr>
            <w:r>
              <w:rPr>
                <w:sz w:val="20"/>
              </w:rPr>
              <w:t>Monday 14</w:t>
            </w:r>
            <w:r w:rsidRPr="002C3733">
              <w:rPr>
                <w:sz w:val="20"/>
                <w:vertAlign w:val="superscript"/>
              </w:rPr>
              <w:t>th</w:t>
            </w:r>
            <w:r w:rsidRPr="002C3733">
              <w:rPr>
                <w:sz w:val="20"/>
              </w:rPr>
              <w:t xml:space="preserve"> September 2026</w:t>
            </w:r>
            <w:r w:rsidR="00D45C85">
              <w:rPr>
                <w:sz w:val="20"/>
              </w:rPr>
              <w:t>, 5pm</w:t>
            </w:r>
          </w:p>
        </w:tc>
      </w:tr>
      <w:tr w:rsidR="006A2D2B" w14:paraId="34138573" w14:textId="77777777">
        <w:tc>
          <w:tcPr>
            <w:tcW w:w="2700" w:type="dxa"/>
            <w:shd w:val="clear" w:color="auto" w:fill="E8EEF5"/>
            <w:tcMar>
              <w:top w:w="80" w:type="dxa"/>
              <w:left w:w="120" w:type="dxa"/>
              <w:bottom w:w="80" w:type="dxa"/>
              <w:right w:w="120" w:type="dxa"/>
            </w:tcMar>
            <w:vAlign w:val="center"/>
          </w:tcPr>
          <w:p w14:paraId="059FAEEA" w14:textId="77777777" w:rsidR="006A2D2B" w:rsidRDefault="00A36B6F">
            <w:pPr>
              <w:spacing w:after="0"/>
            </w:pPr>
            <w:r>
              <w:rPr>
                <w:b/>
                <w:color w:val="17324D"/>
                <w:sz w:val="20"/>
              </w:rPr>
              <w:t>Interviews</w:t>
            </w:r>
          </w:p>
        </w:tc>
        <w:tc>
          <w:tcPr>
            <w:tcW w:w="6660" w:type="dxa"/>
            <w:tcMar>
              <w:top w:w="80" w:type="dxa"/>
              <w:left w:w="120" w:type="dxa"/>
              <w:bottom w:w="80" w:type="dxa"/>
              <w:right w:w="120" w:type="dxa"/>
            </w:tcMar>
            <w:vAlign w:val="center"/>
          </w:tcPr>
          <w:p w14:paraId="5A0605A6" w14:textId="37B787EC" w:rsidR="006A2D2B" w:rsidRPr="008B20B0" w:rsidRDefault="002C3733">
            <w:pPr>
              <w:spacing w:after="0"/>
              <w:rPr>
                <w:highlight w:val="yellow"/>
              </w:rPr>
            </w:pPr>
            <w:r w:rsidRPr="002C3733">
              <w:rPr>
                <w:sz w:val="20"/>
              </w:rPr>
              <w:t>Friday 18</w:t>
            </w:r>
            <w:r w:rsidRPr="002C3733">
              <w:rPr>
                <w:sz w:val="20"/>
                <w:vertAlign w:val="superscript"/>
              </w:rPr>
              <w:t>th</w:t>
            </w:r>
            <w:r w:rsidRPr="002C3733">
              <w:rPr>
                <w:sz w:val="20"/>
              </w:rPr>
              <w:t xml:space="preserve"> September 2026</w:t>
            </w:r>
          </w:p>
        </w:tc>
      </w:tr>
      <w:tr w:rsidR="006A2D2B" w14:paraId="101B0BFE" w14:textId="77777777">
        <w:tc>
          <w:tcPr>
            <w:tcW w:w="2700" w:type="dxa"/>
            <w:shd w:val="clear" w:color="auto" w:fill="E8EEF5"/>
            <w:tcMar>
              <w:top w:w="80" w:type="dxa"/>
              <w:left w:w="120" w:type="dxa"/>
              <w:bottom w:w="80" w:type="dxa"/>
              <w:right w:w="120" w:type="dxa"/>
            </w:tcMar>
            <w:vAlign w:val="center"/>
          </w:tcPr>
          <w:p w14:paraId="6BF365F1" w14:textId="77777777" w:rsidR="006A2D2B" w:rsidRDefault="00A36B6F">
            <w:pPr>
              <w:spacing w:after="0"/>
            </w:pPr>
            <w:r>
              <w:rPr>
                <w:b/>
                <w:color w:val="17324D"/>
                <w:sz w:val="20"/>
              </w:rPr>
              <w:t>Informal enquiries</w:t>
            </w:r>
          </w:p>
        </w:tc>
        <w:tc>
          <w:tcPr>
            <w:tcW w:w="6660" w:type="dxa"/>
            <w:tcMar>
              <w:top w:w="80" w:type="dxa"/>
              <w:left w:w="120" w:type="dxa"/>
              <w:bottom w:w="80" w:type="dxa"/>
              <w:right w:w="120" w:type="dxa"/>
            </w:tcMar>
            <w:vAlign w:val="center"/>
          </w:tcPr>
          <w:p w14:paraId="739AAE3B" w14:textId="1EB6E32A" w:rsidR="006A2D2B" w:rsidRPr="002C3733" w:rsidRDefault="002C3733">
            <w:pPr>
              <w:spacing w:after="0"/>
            </w:pPr>
            <w:r w:rsidRPr="002C3733">
              <w:rPr>
                <w:sz w:val="20"/>
              </w:rPr>
              <w:t>Billie Hamilton, Community Development Worker – 01506 280340</w:t>
            </w:r>
          </w:p>
        </w:tc>
      </w:tr>
    </w:tbl>
    <w:p w14:paraId="78A7BACE" w14:textId="77777777" w:rsidR="006A2D2B" w:rsidRDefault="00A36B6F">
      <w:pPr>
        <w:pStyle w:val="Heading2"/>
      </w:pPr>
      <w:r>
        <w:t>Selection process</w:t>
      </w:r>
    </w:p>
    <w:p w14:paraId="55B65F21" w14:textId="77777777" w:rsidR="006A2D2B" w:rsidRDefault="00A36B6F">
      <w:pPr>
        <w:pStyle w:val="CFABullet"/>
      </w:pPr>
      <w:r>
        <w:rPr>
          <w:sz w:val="21"/>
        </w:rPr>
        <w:t>Applications will be shortlisted against the essential and desirable criteria in the person specification.</w:t>
      </w:r>
    </w:p>
    <w:p w14:paraId="506C5D36" w14:textId="77777777" w:rsidR="006A2D2B" w:rsidRDefault="00A36B6F">
      <w:pPr>
        <w:pStyle w:val="CFABullet"/>
      </w:pPr>
      <w:r>
        <w:rPr>
          <w:sz w:val="21"/>
        </w:rPr>
        <w:t>Shortlisted candidates will normally attend a structured interview and may be asked to discuss a short practical building or customer-service scenario.</w:t>
      </w:r>
    </w:p>
    <w:p w14:paraId="5ECE41F6" w14:textId="77777777" w:rsidR="006A2D2B" w:rsidRDefault="00A36B6F">
      <w:pPr>
        <w:pStyle w:val="CFABullet"/>
      </w:pPr>
      <w:r>
        <w:rPr>
          <w:sz w:val="21"/>
        </w:rPr>
        <w:t>Applicants may apply for a 12-hour post, the 16-hour post or either; the final regular days will be agreed when forming the rota.</w:t>
      </w:r>
    </w:p>
    <w:p w14:paraId="7AA143AD" w14:textId="77777777" w:rsidR="006A2D2B" w:rsidRDefault="00A36B6F">
      <w:pPr>
        <w:pStyle w:val="CFABullet"/>
      </w:pPr>
      <w:r>
        <w:rPr>
          <w:sz w:val="21"/>
        </w:rPr>
        <w:t>Conditional offers will confirm whether the appointment is to a 12-hour or 16-hour post, the regular shifts, pay and other employment terms.</w:t>
      </w:r>
    </w:p>
    <w:p w14:paraId="67D88CAB" w14:textId="77777777" w:rsidR="006A2D2B" w:rsidRDefault="00A36B6F">
      <w:pPr>
        <w:pStyle w:val="Heading2"/>
      </w:pPr>
      <w:r>
        <w:t>Equality and accessibility</w:t>
      </w:r>
    </w:p>
    <w:p w14:paraId="79997C9F" w14:textId="77777777" w:rsidR="006A2D2B" w:rsidRDefault="00A36B6F">
      <w:r>
        <w:rPr>
          <w:sz w:val="21"/>
        </w:rPr>
        <w:t>Whitburn and District Community Development Trust is committed to equality of opportunity. We welcome applications from people with the skills and experience required for the role and will consider reasonable adjustments throughout recruitment and employment.</w:t>
      </w:r>
    </w:p>
    <w:p w14:paraId="104ECD4F" w14:textId="77777777" w:rsidR="006A2D2B" w:rsidRDefault="00A36B6F">
      <w:r>
        <w:rPr>
          <w:sz w:val="21"/>
        </w:rPr>
        <w:t>Recruitment information will be used only to assess applications, conduct the selection process and meet legal obligations. Information will be stored securely and retained in accordance with the Trust's data-protection and records-retention arrangements.</w:t>
      </w:r>
    </w:p>
    <w:p w14:paraId="1A9864B8" w14:textId="77777777" w:rsidR="006A2D2B" w:rsidRDefault="006A2D2B">
      <w:pPr>
        <w:spacing w:after="40"/>
      </w:pPr>
    </w:p>
    <w:p w14:paraId="635CADE0" w14:textId="77777777" w:rsidR="006A2D2B" w:rsidRDefault="00A36B6F">
      <w:r>
        <w:br w:type="page"/>
      </w:r>
    </w:p>
    <w:p w14:paraId="75874BB4" w14:textId="77777777" w:rsidR="006A2D2B" w:rsidRDefault="00A36B6F">
      <w:pPr>
        <w:spacing w:after="40"/>
      </w:pPr>
      <w:r>
        <w:rPr>
          <w:b/>
          <w:color w:val="C6922D"/>
          <w:sz w:val="20"/>
        </w:rPr>
        <w:lastRenderedPageBreak/>
        <w:t>APPLICATION FORM</w:t>
      </w:r>
    </w:p>
    <w:p w14:paraId="627036B8" w14:textId="77777777" w:rsidR="006A2D2B" w:rsidRDefault="00A36B6F">
      <w:pPr>
        <w:spacing w:after="240"/>
      </w:pPr>
      <w:r>
        <w:rPr>
          <w:b/>
          <w:color w:val="17324D"/>
          <w:sz w:val="46"/>
        </w:rPr>
        <w:t>Community Facilities Assistant</w:t>
      </w:r>
    </w:p>
    <w:tbl>
      <w:tblPr>
        <w:tblStyle w:val="TableGrid"/>
        <w:tblW w:w="9360" w:type="dxa"/>
        <w:tblInd w:w="120" w:type="dxa"/>
        <w:tblLayout w:type="fixed"/>
        <w:tblLook w:val="04A0" w:firstRow="1" w:lastRow="0" w:firstColumn="1" w:lastColumn="0" w:noHBand="0" w:noVBand="1"/>
      </w:tblPr>
      <w:tblGrid>
        <w:gridCol w:w="9360"/>
      </w:tblGrid>
      <w:tr w:rsidR="006A2D2B" w14:paraId="66469CB1" w14:textId="77777777">
        <w:tc>
          <w:tcPr>
            <w:tcW w:w="9360" w:type="dxa"/>
            <w:shd w:val="clear" w:color="auto" w:fill="E8EEF5"/>
            <w:tcMar>
              <w:top w:w="80" w:type="dxa"/>
              <w:left w:w="120" w:type="dxa"/>
              <w:bottom w:w="80" w:type="dxa"/>
              <w:right w:w="120" w:type="dxa"/>
            </w:tcMar>
            <w:vAlign w:val="center"/>
          </w:tcPr>
          <w:p w14:paraId="05F01447" w14:textId="77777777" w:rsidR="006A2D2B" w:rsidRDefault="00A36B6F">
            <w:pPr>
              <w:spacing w:after="0"/>
            </w:pPr>
            <w:r>
              <w:rPr>
                <w:b/>
                <w:color w:val="17324D"/>
                <w:sz w:val="20"/>
              </w:rPr>
              <w:t xml:space="preserve">Completing the form: </w:t>
            </w:r>
            <w:r>
              <w:rPr>
                <w:sz w:val="20"/>
              </w:rPr>
              <w:t>Type into the spaces provided or print clearly in black ink. Add pages if required, marking each page with your name.</w:t>
            </w:r>
          </w:p>
        </w:tc>
      </w:tr>
    </w:tbl>
    <w:p w14:paraId="3DF61548" w14:textId="77777777" w:rsidR="006A2D2B" w:rsidRDefault="006A2D2B">
      <w:pPr>
        <w:spacing w:after="40"/>
      </w:pPr>
    </w:p>
    <w:p w14:paraId="249B42F9" w14:textId="77777777" w:rsidR="006A2D2B" w:rsidRDefault="00A36B6F">
      <w:pPr>
        <w:pStyle w:val="Heading1"/>
      </w:pPr>
      <w:r>
        <w:t>1. Personal and contact details</w:t>
      </w:r>
    </w:p>
    <w:tbl>
      <w:tblPr>
        <w:tblStyle w:val="TableGrid"/>
        <w:tblW w:w="9360" w:type="dxa"/>
        <w:tblInd w:w="120" w:type="dxa"/>
        <w:tblLayout w:type="fixed"/>
        <w:tblLook w:val="04A0" w:firstRow="1" w:lastRow="0" w:firstColumn="1" w:lastColumn="0" w:noHBand="0" w:noVBand="1"/>
      </w:tblPr>
      <w:tblGrid>
        <w:gridCol w:w="2700"/>
        <w:gridCol w:w="6660"/>
      </w:tblGrid>
      <w:tr w:rsidR="006A2D2B" w14:paraId="543D5741" w14:textId="77777777">
        <w:tc>
          <w:tcPr>
            <w:tcW w:w="2700" w:type="dxa"/>
            <w:shd w:val="clear" w:color="auto" w:fill="F2F4F7"/>
            <w:tcMar>
              <w:top w:w="80" w:type="dxa"/>
              <w:left w:w="120" w:type="dxa"/>
              <w:bottom w:w="80" w:type="dxa"/>
              <w:right w:w="120" w:type="dxa"/>
            </w:tcMar>
            <w:vAlign w:val="center"/>
          </w:tcPr>
          <w:p w14:paraId="73651FCC" w14:textId="77777777" w:rsidR="006A2D2B" w:rsidRDefault="00A36B6F">
            <w:pPr>
              <w:spacing w:after="0"/>
            </w:pPr>
            <w:r>
              <w:rPr>
                <w:b/>
                <w:sz w:val="20"/>
              </w:rPr>
              <w:t>Full name</w:t>
            </w:r>
          </w:p>
        </w:tc>
        <w:tc>
          <w:tcPr>
            <w:tcW w:w="6660" w:type="dxa"/>
            <w:tcMar>
              <w:top w:w="80" w:type="dxa"/>
              <w:left w:w="120" w:type="dxa"/>
              <w:bottom w:w="80" w:type="dxa"/>
              <w:right w:w="120" w:type="dxa"/>
            </w:tcMar>
            <w:vAlign w:val="center"/>
          </w:tcPr>
          <w:p w14:paraId="0981D10B" w14:textId="77777777" w:rsidR="006A2D2B" w:rsidRDefault="00A36B6F">
            <w:pPr>
              <w:spacing w:after="0"/>
            </w:pPr>
            <w:r>
              <w:rPr>
                <w:color w:val="5F6872"/>
                <w:sz w:val="20"/>
              </w:rPr>
              <w:t>Click or type here</w:t>
            </w:r>
          </w:p>
        </w:tc>
      </w:tr>
      <w:tr w:rsidR="006A2D2B" w14:paraId="7EEF5161" w14:textId="77777777">
        <w:tc>
          <w:tcPr>
            <w:tcW w:w="2700" w:type="dxa"/>
            <w:shd w:val="clear" w:color="auto" w:fill="F2F4F7"/>
            <w:tcMar>
              <w:top w:w="80" w:type="dxa"/>
              <w:left w:w="120" w:type="dxa"/>
              <w:bottom w:w="80" w:type="dxa"/>
              <w:right w:w="120" w:type="dxa"/>
            </w:tcMar>
            <w:vAlign w:val="center"/>
          </w:tcPr>
          <w:p w14:paraId="504944A9" w14:textId="77777777" w:rsidR="006A2D2B" w:rsidRDefault="00A36B6F">
            <w:pPr>
              <w:spacing w:after="0"/>
            </w:pPr>
            <w:r>
              <w:rPr>
                <w:b/>
                <w:sz w:val="20"/>
              </w:rPr>
              <w:t>Address</w:t>
            </w:r>
          </w:p>
        </w:tc>
        <w:tc>
          <w:tcPr>
            <w:tcW w:w="6660" w:type="dxa"/>
            <w:tcMar>
              <w:top w:w="80" w:type="dxa"/>
              <w:left w:w="120" w:type="dxa"/>
              <w:bottom w:w="80" w:type="dxa"/>
              <w:right w:w="120" w:type="dxa"/>
            </w:tcMar>
            <w:vAlign w:val="center"/>
          </w:tcPr>
          <w:p w14:paraId="25DBDE63" w14:textId="77777777" w:rsidR="006A2D2B" w:rsidRDefault="00A36B6F">
            <w:pPr>
              <w:spacing w:after="0"/>
            </w:pPr>
            <w:r>
              <w:rPr>
                <w:color w:val="5F6872"/>
                <w:sz w:val="20"/>
              </w:rPr>
              <w:t>Click or type here</w:t>
            </w:r>
          </w:p>
        </w:tc>
      </w:tr>
      <w:tr w:rsidR="006A2D2B" w14:paraId="6A193C87" w14:textId="77777777">
        <w:tc>
          <w:tcPr>
            <w:tcW w:w="2700" w:type="dxa"/>
            <w:shd w:val="clear" w:color="auto" w:fill="F2F4F7"/>
            <w:tcMar>
              <w:top w:w="80" w:type="dxa"/>
              <w:left w:w="120" w:type="dxa"/>
              <w:bottom w:w="80" w:type="dxa"/>
              <w:right w:w="120" w:type="dxa"/>
            </w:tcMar>
            <w:vAlign w:val="center"/>
          </w:tcPr>
          <w:p w14:paraId="3E11F923" w14:textId="77777777" w:rsidR="006A2D2B" w:rsidRDefault="00A36B6F">
            <w:pPr>
              <w:spacing w:after="0"/>
            </w:pPr>
            <w:r>
              <w:rPr>
                <w:b/>
                <w:sz w:val="20"/>
              </w:rPr>
              <w:t>Postcode</w:t>
            </w:r>
          </w:p>
        </w:tc>
        <w:tc>
          <w:tcPr>
            <w:tcW w:w="6660" w:type="dxa"/>
            <w:tcMar>
              <w:top w:w="80" w:type="dxa"/>
              <w:left w:w="120" w:type="dxa"/>
              <w:bottom w:w="80" w:type="dxa"/>
              <w:right w:w="120" w:type="dxa"/>
            </w:tcMar>
            <w:vAlign w:val="center"/>
          </w:tcPr>
          <w:p w14:paraId="528F9A24" w14:textId="77777777" w:rsidR="006A2D2B" w:rsidRDefault="00A36B6F">
            <w:pPr>
              <w:spacing w:after="0"/>
            </w:pPr>
            <w:r>
              <w:rPr>
                <w:color w:val="5F6872"/>
                <w:sz w:val="20"/>
              </w:rPr>
              <w:t>Click or type here</w:t>
            </w:r>
          </w:p>
        </w:tc>
      </w:tr>
      <w:tr w:rsidR="006A2D2B" w14:paraId="6BC8579E" w14:textId="77777777">
        <w:tc>
          <w:tcPr>
            <w:tcW w:w="2700" w:type="dxa"/>
            <w:shd w:val="clear" w:color="auto" w:fill="F2F4F7"/>
            <w:tcMar>
              <w:top w:w="80" w:type="dxa"/>
              <w:left w:w="120" w:type="dxa"/>
              <w:bottom w:w="80" w:type="dxa"/>
              <w:right w:w="120" w:type="dxa"/>
            </w:tcMar>
            <w:vAlign w:val="center"/>
          </w:tcPr>
          <w:p w14:paraId="653404FF" w14:textId="77777777" w:rsidR="006A2D2B" w:rsidRDefault="00A36B6F">
            <w:pPr>
              <w:spacing w:after="0"/>
            </w:pPr>
            <w:r>
              <w:rPr>
                <w:b/>
                <w:sz w:val="20"/>
              </w:rPr>
              <w:t>Telephone</w:t>
            </w:r>
          </w:p>
        </w:tc>
        <w:tc>
          <w:tcPr>
            <w:tcW w:w="6660" w:type="dxa"/>
            <w:tcMar>
              <w:top w:w="80" w:type="dxa"/>
              <w:left w:w="120" w:type="dxa"/>
              <w:bottom w:w="80" w:type="dxa"/>
              <w:right w:w="120" w:type="dxa"/>
            </w:tcMar>
            <w:vAlign w:val="center"/>
          </w:tcPr>
          <w:p w14:paraId="17B09171" w14:textId="77777777" w:rsidR="006A2D2B" w:rsidRDefault="00A36B6F">
            <w:pPr>
              <w:spacing w:after="0"/>
            </w:pPr>
            <w:r>
              <w:rPr>
                <w:color w:val="5F6872"/>
                <w:sz w:val="20"/>
              </w:rPr>
              <w:t>Click or type here</w:t>
            </w:r>
          </w:p>
        </w:tc>
      </w:tr>
      <w:tr w:rsidR="006A2D2B" w14:paraId="33B4D6F4" w14:textId="77777777">
        <w:tc>
          <w:tcPr>
            <w:tcW w:w="2700" w:type="dxa"/>
            <w:shd w:val="clear" w:color="auto" w:fill="F2F4F7"/>
            <w:tcMar>
              <w:top w:w="80" w:type="dxa"/>
              <w:left w:w="120" w:type="dxa"/>
              <w:bottom w:w="80" w:type="dxa"/>
              <w:right w:w="120" w:type="dxa"/>
            </w:tcMar>
            <w:vAlign w:val="center"/>
          </w:tcPr>
          <w:p w14:paraId="7FD631BE" w14:textId="77777777" w:rsidR="006A2D2B" w:rsidRDefault="00A36B6F">
            <w:pPr>
              <w:spacing w:after="0"/>
            </w:pPr>
            <w:r>
              <w:rPr>
                <w:b/>
                <w:sz w:val="20"/>
              </w:rPr>
              <w:t>Email</w:t>
            </w:r>
          </w:p>
        </w:tc>
        <w:tc>
          <w:tcPr>
            <w:tcW w:w="6660" w:type="dxa"/>
            <w:tcMar>
              <w:top w:w="80" w:type="dxa"/>
              <w:left w:w="120" w:type="dxa"/>
              <w:bottom w:w="80" w:type="dxa"/>
              <w:right w:w="120" w:type="dxa"/>
            </w:tcMar>
            <w:vAlign w:val="center"/>
          </w:tcPr>
          <w:p w14:paraId="573F5536" w14:textId="77777777" w:rsidR="006A2D2B" w:rsidRDefault="00A36B6F">
            <w:pPr>
              <w:spacing w:after="0"/>
            </w:pPr>
            <w:r>
              <w:rPr>
                <w:color w:val="5F6872"/>
                <w:sz w:val="20"/>
              </w:rPr>
              <w:t>Click or type here</w:t>
            </w:r>
          </w:p>
        </w:tc>
      </w:tr>
      <w:tr w:rsidR="006A2D2B" w14:paraId="55728C0D" w14:textId="77777777">
        <w:tc>
          <w:tcPr>
            <w:tcW w:w="2700" w:type="dxa"/>
            <w:shd w:val="clear" w:color="auto" w:fill="F2F4F7"/>
            <w:tcMar>
              <w:top w:w="80" w:type="dxa"/>
              <w:left w:w="120" w:type="dxa"/>
              <w:bottom w:w="80" w:type="dxa"/>
              <w:right w:w="120" w:type="dxa"/>
            </w:tcMar>
            <w:vAlign w:val="center"/>
          </w:tcPr>
          <w:p w14:paraId="3BA71C6B" w14:textId="77777777" w:rsidR="006A2D2B" w:rsidRDefault="00A36B6F">
            <w:pPr>
              <w:spacing w:after="0"/>
            </w:pPr>
            <w:r>
              <w:rPr>
                <w:b/>
                <w:sz w:val="20"/>
              </w:rPr>
              <w:t>Preferred contact method</w:t>
            </w:r>
          </w:p>
        </w:tc>
        <w:tc>
          <w:tcPr>
            <w:tcW w:w="6660" w:type="dxa"/>
            <w:tcMar>
              <w:top w:w="80" w:type="dxa"/>
              <w:left w:w="120" w:type="dxa"/>
              <w:bottom w:w="80" w:type="dxa"/>
              <w:right w:w="120" w:type="dxa"/>
            </w:tcMar>
            <w:vAlign w:val="center"/>
          </w:tcPr>
          <w:p w14:paraId="14F9FD2E" w14:textId="77777777" w:rsidR="006A2D2B" w:rsidRDefault="00A36B6F">
            <w:pPr>
              <w:spacing w:after="0"/>
            </w:pPr>
            <w:r>
              <w:rPr>
                <w:color w:val="5F6872"/>
                <w:sz w:val="20"/>
              </w:rPr>
              <w:t>Email / telephone / either</w:t>
            </w:r>
          </w:p>
        </w:tc>
      </w:tr>
      <w:tr w:rsidR="006A2D2B" w14:paraId="0F20AEF1" w14:textId="77777777">
        <w:tc>
          <w:tcPr>
            <w:tcW w:w="2700" w:type="dxa"/>
            <w:shd w:val="clear" w:color="auto" w:fill="F2F4F7"/>
            <w:tcMar>
              <w:top w:w="80" w:type="dxa"/>
              <w:left w:w="120" w:type="dxa"/>
              <w:bottom w:w="80" w:type="dxa"/>
              <w:right w:w="120" w:type="dxa"/>
            </w:tcMar>
            <w:vAlign w:val="center"/>
          </w:tcPr>
          <w:p w14:paraId="2673AD5C" w14:textId="77777777" w:rsidR="006A2D2B" w:rsidRDefault="00A36B6F">
            <w:pPr>
              <w:spacing w:after="0"/>
            </w:pPr>
            <w:r>
              <w:rPr>
                <w:b/>
                <w:sz w:val="20"/>
              </w:rPr>
              <w:t>Post(s) applied for</w:t>
            </w:r>
          </w:p>
        </w:tc>
        <w:tc>
          <w:tcPr>
            <w:tcW w:w="6660" w:type="dxa"/>
            <w:tcMar>
              <w:top w:w="80" w:type="dxa"/>
              <w:left w:w="120" w:type="dxa"/>
              <w:bottom w:w="80" w:type="dxa"/>
              <w:right w:w="120" w:type="dxa"/>
            </w:tcMar>
            <w:vAlign w:val="center"/>
          </w:tcPr>
          <w:p w14:paraId="3ECE65B5" w14:textId="3AA41BF0" w:rsidR="006A2D2B" w:rsidRDefault="00A36B6F" w:rsidP="00584DA4">
            <w:pPr>
              <w:spacing w:after="0"/>
            </w:pPr>
            <w:r>
              <w:rPr>
                <w:color w:val="5F6872"/>
                <w:sz w:val="20"/>
              </w:rPr>
              <w:t>12-hour post / 16-hour post / either</w:t>
            </w:r>
          </w:p>
        </w:tc>
      </w:tr>
      <w:tr w:rsidR="006A2D2B" w14:paraId="21A97C68" w14:textId="77777777">
        <w:tc>
          <w:tcPr>
            <w:tcW w:w="2700" w:type="dxa"/>
            <w:shd w:val="clear" w:color="auto" w:fill="F2F4F7"/>
            <w:tcMar>
              <w:top w:w="80" w:type="dxa"/>
              <w:left w:w="120" w:type="dxa"/>
              <w:bottom w:w="80" w:type="dxa"/>
              <w:right w:w="120" w:type="dxa"/>
            </w:tcMar>
            <w:vAlign w:val="center"/>
          </w:tcPr>
          <w:p w14:paraId="73E41363" w14:textId="77777777" w:rsidR="006A2D2B" w:rsidRDefault="00A36B6F">
            <w:pPr>
              <w:spacing w:after="0"/>
            </w:pPr>
            <w:r>
              <w:rPr>
                <w:b/>
                <w:sz w:val="20"/>
              </w:rPr>
              <w:t>Earliest available start date</w:t>
            </w:r>
          </w:p>
        </w:tc>
        <w:tc>
          <w:tcPr>
            <w:tcW w:w="6660" w:type="dxa"/>
            <w:tcMar>
              <w:top w:w="80" w:type="dxa"/>
              <w:left w:w="120" w:type="dxa"/>
              <w:bottom w:w="80" w:type="dxa"/>
              <w:right w:w="120" w:type="dxa"/>
            </w:tcMar>
            <w:vAlign w:val="center"/>
          </w:tcPr>
          <w:p w14:paraId="0FC8B3E1" w14:textId="77777777" w:rsidR="006A2D2B" w:rsidRDefault="00A36B6F">
            <w:pPr>
              <w:spacing w:after="0"/>
            </w:pPr>
            <w:r>
              <w:rPr>
                <w:color w:val="5F6872"/>
                <w:sz w:val="20"/>
              </w:rPr>
              <w:t>Click or type here</w:t>
            </w:r>
          </w:p>
        </w:tc>
      </w:tr>
    </w:tbl>
    <w:p w14:paraId="7E16680F" w14:textId="77777777" w:rsidR="006A2D2B" w:rsidRDefault="00A36B6F">
      <w:pPr>
        <w:pStyle w:val="Heading1"/>
      </w:pPr>
      <w:r>
        <w:t>2. Right to work and adjustments</w:t>
      </w:r>
    </w:p>
    <w:tbl>
      <w:tblPr>
        <w:tblStyle w:val="TableGrid"/>
        <w:tblW w:w="9360" w:type="dxa"/>
        <w:tblInd w:w="120" w:type="dxa"/>
        <w:tblLayout w:type="fixed"/>
        <w:tblLook w:val="04A0" w:firstRow="1" w:lastRow="0" w:firstColumn="1" w:lastColumn="0" w:noHBand="0" w:noVBand="1"/>
      </w:tblPr>
      <w:tblGrid>
        <w:gridCol w:w="2700"/>
        <w:gridCol w:w="6660"/>
      </w:tblGrid>
      <w:tr w:rsidR="006A2D2B" w14:paraId="5873F8A7" w14:textId="77777777">
        <w:tc>
          <w:tcPr>
            <w:tcW w:w="2700" w:type="dxa"/>
            <w:shd w:val="clear" w:color="auto" w:fill="F2F4F7"/>
            <w:tcMar>
              <w:top w:w="80" w:type="dxa"/>
              <w:left w:w="120" w:type="dxa"/>
              <w:bottom w:w="80" w:type="dxa"/>
              <w:right w:w="120" w:type="dxa"/>
            </w:tcMar>
            <w:vAlign w:val="center"/>
          </w:tcPr>
          <w:p w14:paraId="3CA31630" w14:textId="77777777" w:rsidR="006A2D2B" w:rsidRDefault="00A36B6F">
            <w:pPr>
              <w:spacing w:after="0"/>
            </w:pPr>
            <w:r>
              <w:rPr>
                <w:b/>
                <w:sz w:val="20"/>
              </w:rPr>
              <w:t>Do you have the right to work in the UK?</w:t>
            </w:r>
          </w:p>
        </w:tc>
        <w:tc>
          <w:tcPr>
            <w:tcW w:w="6660" w:type="dxa"/>
            <w:tcMar>
              <w:top w:w="80" w:type="dxa"/>
              <w:left w:w="120" w:type="dxa"/>
              <w:bottom w:w="80" w:type="dxa"/>
              <w:right w:w="120" w:type="dxa"/>
            </w:tcMar>
            <w:vAlign w:val="center"/>
          </w:tcPr>
          <w:p w14:paraId="57970A53" w14:textId="77777777" w:rsidR="006A2D2B" w:rsidRDefault="00A36B6F">
            <w:pPr>
              <w:spacing w:after="0"/>
            </w:pPr>
            <w:r>
              <w:rPr>
                <w:color w:val="5F6872"/>
                <w:sz w:val="20"/>
              </w:rPr>
              <w:t>Yes / No</w:t>
            </w:r>
          </w:p>
        </w:tc>
      </w:tr>
      <w:tr w:rsidR="006A2D2B" w14:paraId="388A39FB" w14:textId="77777777">
        <w:tc>
          <w:tcPr>
            <w:tcW w:w="2700" w:type="dxa"/>
            <w:shd w:val="clear" w:color="auto" w:fill="F2F4F7"/>
            <w:tcMar>
              <w:top w:w="80" w:type="dxa"/>
              <w:left w:w="120" w:type="dxa"/>
              <w:bottom w:w="80" w:type="dxa"/>
              <w:right w:w="120" w:type="dxa"/>
            </w:tcMar>
            <w:vAlign w:val="center"/>
          </w:tcPr>
          <w:p w14:paraId="74170B16" w14:textId="77777777" w:rsidR="006A2D2B" w:rsidRDefault="00A36B6F">
            <w:pPr>
              <w:spacing w:after="0"/>
            </w:pPr>
            <w:r>
              <w:rPr>
                <w:b/>
                <w:sz w:val="20"/>
              </w:rPr>
              <w:t>Do you require sponsorship now or in future?</w:t>
            </w:r>
          </w:p>
        </w:tc>
        <w:tc>
          <w:tcPr>
            <w:tcW w:w="6660" w:type="dxa"/>
            <w:tcMar>
              <w:top w:w="80" w:type="dxa"/>
              <w:left w:w="120" w:type="dxa"/>
              <w:bottom w:w="80" w:type="dxa"/>
              <w:right w:w="120" w:type="dxa"/>
            </w:tcMar>
            <w:vAlign w:val="center"/>
          </w:tcPr>
          <w:p w14:paraId="331144D4" w14:textId="77777777" w:rsidR="006A2D2B" w:rsidRDefault="00A36B6F">
            <w:pPr>
              <w:spacing w:after="0"/>
            </w:pPr>
            <w:r>
              <w:rPr>
                <w:color w:val="5F6872"/>
                <w:sz w:val="20"/>
              </w:rPr>
              <w:t>Yes / No</w:t>
            </w:r>
          </w:p>
        </w:tc>
      </w:tr>
      <w:tr w:rsidR="006A2D2B" w14:paraId="4924EE8F" w14:textId="77777777">
        <w:tc>
          <w:tcPr>
            <w:tcW w:w="2700" w:type="dxa"/>
            <w:shd w:val="clear" w:color="auto" w:fill="F2F4F7"/>
            <w:tcMar>
              <w:top w:w="80" w:type="dxa"/>
              <w:left w:w="120" w:type="dxa"/>
              <w:bottom w:w="80" w:type="dxa"/>
              <w:right w:w="120" w:type="dxa"/>
            </w:tcMar>
            <w:vAlign w:val="center"/>
          </w:tcPr>
          <w:p w14:paraId="29DF182B" w14:textId="77777777" w:rsidR="006A2D2B" w:rsidRDefault="00A36B6F">
            <w:pPr>
              <w:spacing w:after="0"/>
            </w:pPr>
            <w:r>
              <w:rPr>
                <w:b/>
                <w:sz w:val="20"/>
              </w:rPr>
              <w:t>Do you require an adjustment for the selection process?</w:t>
            </w:r>
          </w:p>
        </w:tc>
        <w:tc>
          <w:tcPr>
            <w:tcW w:w="6660" w:type="dxa"/>
            <w:tcMar>
              <w:top w:w="80" w:type="dxa"/>
              <w:left w:w="120" w:type="dxa"/>
              <w:bottom w:w="80" w:type="dxa"/>
              <w:right w:w="120" w:type="dxa"/>
            </w:tcMar>
            <w:vAlign w:val="center"/>
          </w:tcPr>
          <w:p w14:paraId="6EAEF61F" w14:textId="77777777" w:rsidR="006A2D2B" w:rsidRDefault="00A36B6F">
            <w:pPr>
              <w:spacing w:after="0"/>
            </w:pPr>
            <w:r>
              <w:rPr>
                <w:color w:val="5F6872"/>
                <w:sz w:val="20"/>
              </w:rPr>
              <w:t>No / Yes - please describe below or contact us privately</w:t>
            </w:r>
          </w:p>
        </w:tc>
      </w:tr>
    </w:tbl>
    <w:p w14:paraId="28E0C1FC" w14:textId="77777777" w:rsidR="006A2D2B" w:rsidRDefault="00A36B6F">
      <w:pPr>
        <w:spacing w:after="80"/>
      </w:pPr>
      <w:r>
        <w:rPr>
          <w:b/>
          <w:color w:val="17324D"/>
          <w:sz w:val="21"/>
        </w:rPr>
        <w:t>If applicable, tell us what adjustment would help:</w:t>
      </w:r>
    </w:p>
    <w:tbl>
      <w:tblPr>
        <w:tblStyle w:val="TableGrid"/>
        <w:tblW w:w="9360" w:type="dxa"/>
        <w:tblInd w:w="120" w:type="dxa"/>
        <w:tblLayout w:type="fixed"/>
        <w:tblLook w:val="04A0" w:firstRow="1" w:lastRow="0" w:firstColumn="1" w:lastColumn="0" w:noHBand="0" w:noVBand="1"/>
      </w:tblPr>
      <w:tblGrid>
        <w:gridCol w:w="9360"/>
      </w:tblGrid>
      <w:tr w:rsidR="006A2D2B" w14:paraId="6D9AA346" w14:textId="77777777">
        <w:tc>
          <w:tcPr>
            <w:tcW w:w="9360" w:type="dxa"/>
            <w:tcMar>
              <w:top w:w="80" w:type="dxa"/>
              <w:left w:w="120" w:type="dxa"/>
              <w:bottom w:w="80" w:type="dxa"/>
              <w:right w:w="120" w:type="dxa"/>
            </w:tcMar>
            <w:vAlign w:val="center"/>
          </w:tcPr>
          <w:p w14:paraId="517EB8D0" w14:textId="77777777" w:rsidR="006A2D2B" w:rsidRDefault="00A36B6F">
            <w:pPr>
              <w:spacing w:after="140"/>
            </w:pPr>
            <w:r>
              <w:rPr>
                <w:i/>
                <w:color w:val="7A7A7A"/>
                <w:sz w:val="19"/>
              </w:rPr>
              <w:t>Type your response here.</w:t>
            </w:r>
          </w:p>
          <w:p w14:paraId="0584DC5B" w14:textId="77777777" w:rsidR="006A2D2B" w:rsidRDefault="00A36B6F">
            <w:pPr>
              <w:spacing w:after="140"/>
            </w:pPr>
            <w:r>
              <w:rPr>
                <w:sz w:val="20"/>
              </w:rPr>
              <w:t xml:space="preserve"> </w:t>
            </w:r>
          </w:p>
          <w:p w14:paraId="55064BE6" w14:textId="77777777" w:rsidR="006A2D2B" w:rsidRDefault="00A36B6F">
            <w:pPr>
              <w:spacing w:after="140"/>
            </w:pPr>
            <w:r>
              <w:rPr>
                <w:sz w:val="20"/>
              </w:rPr>
              <w:t xml:space="preserve"> </w:t>
            </w:r>
          </w:p>
        </w:tc>
      </w:tr>
    </w:tbl>
    <w:p w14:paraId="6076A3C6" w14:textId="77777777" w:rsidR="006A2D2B" w:rsidRDefault="00A36B6F">
      <w:r>
        <w:br w:type="page"/>
      </w:r>
    </w:p>
    <w:p w14:paraId="4275B9C6" w14:textId="77777777" w:rsidR="006A2D2B" w:rsidRDefault="00A36B6F">
      <w:pPr>
        <w:pStyle w:val="Heading1"/>
      </w:pPr>
      <w:r>
        <w:lastRenderedPageBreak/>
        <w:t>3. Qualifications and relevant training</w:t>
      </w:r>
    </w:p>
    <w:p w14:paraId="3964A869" w14:textId="77777777" w:rsidR="006A2D2B" w:rsidRDefault="00A36B6F">
      <w:pPr>
        <w:spacing w:after="100"/>
      </w:pPr>
      <w:r>
        <w:rPr>
          <w:i/>
          <w:color w:val="5F6872"/>
          <w:sz w:val="18"/>
        </w:rPr>
        <w:t>No specific formal qualification is essential. Include any training relevant to customer service, facilities, first aid, fire safety, manual handling, cash handling or community work.</w:t>
      </w:r>
    </w:p>
    <w:tbl>
      <w:tblPr>
        <w:tblStyle w:val="TableGrid"/>
        <w:tblW w:w="9360" w:type="dxa"/>
        <w:tblInd w:w="120" w:type="dxa"/>
        <w:tblLayout w:type="fixed"/>
        <w:tblLook w:val="04A0" w:firstRow="1" w:lastRow="0" w:firstColumn="1" w:lastColumn="0" w:noHBand="0" w:noVBand="1"/>
      </w:tblPr>
      <w:tblGrid>
        <w:gridCol w:w="3300"/>
        <w:gridCol w:w="2550"/>
        <w:gridCol w:w="1440"/>
        <w:gridCol w:w="2070"/>
      </w:tblGrid>
      <w:tr w:rsidR="006A2D2B" w14:paraId="25D0612E" w14:textId="77777777">
        <w:tc>
          <w:tcPr>
            <w:tcW w:w="3300" w:type="dxa"/>
            <w:shd w:val="clear" w:color="auto" w:fill="17324D"/>
            <w:tcMar>
              <w:top w:w="80" w:type="dxa"/>
              <w:left w:w="120" w:type="dxa"/>
              <w:bottom w:w="80" w:type="dxa"/>
              <w:right w:w="120" w:type="dxa"/>
            </w:tcMar>
            <w:vAlign w:val="center"/>
          </w:tcPr>
          <w:p w14:paraId="659DA8EC" w14:textId="77777777" w:rsidR="006A2D2B" w:rsidRDefault="00A36B6F">
            <w:pPr>
              <w:spacing w:after="0"/>
              <w:jc w:val="center"/>
            </w:pPr>
            <w:r>
              <w:rPr>
                <w:b/>
                <w:color w:val="FFFFFF"/>
                <w:sz w:val="18"/>
              </w:rPr>
              <w:t>Qualification/training</w:t>
            </w:r>
          </w:p>
        </w:tc>
        <w:tc>
          <w:tcPr>
            <w:tcW w:w="2550" w:type="dxa"/>
            <w:shd w:val="clear" w:color="auto" w:fill="17324D"/>
            <w:tcMar>
              <w:top w:w="80" w:type="dxa"/>
              <w:left w:w="120" w:type="dxa"/>
              <w:bottom w:w="80" w:type="dxa"/>
              <w:right w:w="120" w:type="dxa"/>
            </w:tcMar>
            <w:vAlign w:val="center"/>
          </w:tcPr>
          <w:p w14:paraId="6C664B56" w14:textId="77777777" w:rsidR="006A2D2B" w:rsidRDefault="00A36B6F">
            <w:pPr>
              <w:spacing w:after="0"/>
              <w:jc w:val="center"/>
            </w:pPr>
            <w:r>
              <w:rPr>
                <w:b/>
                <w:color w:val="FFFFFF"/>
                <w:sz w:val="18"/>
              </w:rPr>
              <w:t>Provider</w:t>
            </w:r>
          </w:p>
        </w:tc>
        <w:tc>
          <w:tcPr>
            <w:tcW w:w="1440" w:type="dxa"/>
            <w:shd w:val="clear" w:color="auto" w:fill="17324D"/>
            <w:tcMar>
              <w:top w:w="80" w:type="dxa"/>
              <w:left w:w="120" w:type="dxa"/>
              <w:bottom w:w="80" w:type="dxa"/>
              <w:right w:w="120" w:type="dxa"/>
            </w:tcMar>
            <w:vAlign w:val="center"/>
          </w:tcPr>
          <w:p w14:paraId="2B6507C6" w14:textId="77777777" w:rsidR="006A2D2B" w:rsidRDefault="00A36B6F">
            <w:pPr>
              <w:spacing w:after="0"/>
              <w:jc w:val="center"/>
            </w:pPr>
            <w:r>
              <w:rPr>
                <w:b/>
                <w:color w:val="FFFFFF"/>
                <w:sz w:val="18"/>
              </w:rPr>
              <w:t>Date</w:t>
            </w:r>
          </w:p>
        </w:tc>
        <w:tc>
          <w:tcPr>
            <w:tcW w:w="2070" w:type="dxa"/>
            <w:shd w:val="clear" w:color="auto" w:fill="17324D"/>
            <w:tcMar>
              <w:top w:w="80" w:type="dxa"/>
              <w:left w:w="120" w:type="dxa"/>
              <w:bottom w:w="80" w:type="dxa"/>
              <w:right w:w="120" w:type="dxa"/>
            </w:tcMar>
            <w:vAlign w:val="center"/>
          </w:tcPr>
          <w:p w14:paraId="5DE7EF33" w14:textId="77777777" w:rsidR="006A2D2B" w:rsidRDefault="00A36B6F">
            <w:pPr>
              <w:spacing w:after="0"/>
              <w:jc w:val="center"/>
            </w:pPr>
            <w:r>
              <w:rPr>
                <w:b/>
                <w:color w:val="FFFFFF"/>
                <w:sz w:val="18"/>
              </w:rPr>
              <w:t>Result/expiry</w:t>
            </w:r>
          </w:p>
        </w:tc>
      </w:tr>
      <w:tr w:rsidR="006A2D2B" w14:paraId="3325764A" w14:textId="77777777">
        <w:tc>
          <w:tcPr>
            <w:tcW w:w="3300" w:type="dxa"/>
            <w:tcMar>
              <w:top w:w="80" w:type="dxa"/>
              <w:left w:w="120" w:type="dxa"/>
              <w:bottom w:w="80" w:type="dxa"/>
              <w:right w:w="120" w:type="dxa"/>
            </w:tcMar>
            <w:vAlign w:val="center"/>
          </w:tcPr>
          <w:p w14:paraId="462CD988" w14:textId="77777777" w:rsidR="006A2D2B" w:rsidRDefault="00A36B6F">
            <w:pPr>
              <w:spacing w:after="140"/>
            </w:pPr>
            <w:r>
              <w:rPr>
                <w:i/>
                <w:color w:val="8A8A8A"/>
                <w:sz w:val="18"/>
              </w:rPr>
              <w:t>Click or type here</w:t>
            </w:r>
          </w:p>
        </w:tc>
        <w:tc>
          <w:tcPr>
            <w:tcW w:w="2550" w:type="dxa"/>
            <w:tcMar>
              <w:top w:w="80" w:type="dxa"/>
              <w:left w:w="120" w:type="dxa"/>
              <w:bottom w:w="80" w:type="dxa"/>
              <w:right w:w="120" w:type="dxa"/>
            </w:tcMar>
            <w:vAlign w:val="center"/>
          </w:tcPr>
          <w:p w14:paraId="41A21C9C" w14:textId="77777777" w:rsidR="006A2D2B" w:rsidRDefault="00A36B6F">
            <w:pPr>
              <w:spacing w:after="140"/>
            </w:pPr>
            <w:r>
              <w:rPr>
                <w:i/>
                <w:color w:val="8A8A8A"/>
                <w:sz w:val="18"/>
              </w:rPr>
              <w:t>Click or type here</w:t>
            </w:r>
          </w:p>
        </w:tc>
        <w:tc>
          <w:tcPr>
            <w:tcW w:w="1440" w:type="dxa"/>
            <w:tcMar>
              <w:top w:w="80" w:type="dxa"/>
              <w:left w:w="120" w:type="dxa"/>
              <w:bottom w:w="80" w:type="dxa"/>
              <w:right w:w="120" w:type="dxa"/>
            </w:tcMar>
            <w:vAlign w:val="center"/>
          </w:tcPr>
          <w:p w14:paraId="03305D39" w14:textId="77777777" w:rsidR="006A2D2B" w:rsidRDefault="00A36B6F">
            <w:pPr>
              <w:spacing w:after="140"/>
            </w:pPr>
            <w:r>
              <w:rPr>
                <w:i/>
                <w:color w:val="8A8A8A"/>
                <w:sz w:val="18"/>
              </w:rPr>
              <w:t>Click or type here</w:t>
            </w:r>
          </w:p>
        </w:tc>
        <w:tc>
          <w:tcPr>
            <w:tcW w:w="2070" w:type="dxa"/>
            <w:tcMar>
              <w:top w:w="80" w:type="dxa"/>
              <w:left w:w="120" w:type="dxa"/>
              <w:bottom w:w="80" w:type="dxa"/>
              <w:right w:w="120" w:type="dxa"/>
            </w:tcMar>
            <w:vAlign w:val="center"/>
          </w:tcPr>
          <w:p w14:paraId="7175114C" w14:textId="77777777" w:rsidR="006A2D2B" w:rsidRDefault="00A36B6F">
            <w:pPr>
              <w:spacing w:after="140"/>
            </w:pPr>
            <w:r>
              <w:rPr>
                <w:i/>
                <w:color w:val="8A8A8A"/>
                <w:sz w:val="18"/>
              </w:rPr>
              <w:t>Click or type here</w:t>
            </w:r>
          </w:p>
        </w:tc>
      </w:tr>
      <w:tr w:rsidR="006A2D2B" w14:paraId="605586F8" w14:textId="77777777">
        <w:tc>
          <w:tcPr>
            <w:tcW w:w="3300" w:type="dxa"/>
            <w:tcMar>
              <w:top w:w="80" w:type="dxa"/>
              <w:left w:w="120" w:type="dxa"/>
              <w:bottom w:w="80" w:type="dxa"/>
              <w:right w:w="120" w:type="dxa"/>
            </w:tcMar>
            <w:vAlign w:val="center"/>
          </w:tcPr>
          <w:p w14:paraId="3F37D205" w14:textId="77777777" w:rsidR="006A2D2B" w:rsidRDefault="00A36B6F">
            <w:pPr>
              <w:spacing w:after="140"/>
            </w:pPr>
            <w:r>
              <w:rPr>
                <w:i/>
                <w:color w:val="8A8A8A"/>
                <w:sz w:val="18"/>
              </w:rPr>
              <w:t>Click or type here</w:t>
            </w:r>
          </w:p>
        </w:tc>
        <w:tc>
          <w:tcPr>
            <w:tcW w:w="2550" w:type="dxa"/>
            <w:tcMar>
              <w:top w:w="80" w:type="dxa"/>
              <w:left w:w="120" w:type="dxa"/>
              <w:bottom w:w="80" w:type="dxa"/>
              <w:right w:w="120" w:type="dxa"/>
            </w:tcMar>
            <w:vAlign w:val="center"/>
          </w:tcPr>
          <w:p w14:paraId="5B80DB30" w14:textId="77777777" w:rsidR="006A2D2B" w:rsidRDefault="00A36B6F">
            <w:pPr>
              <w:spacing w:after="140"/>
            </w:pPr>
            <w:r>
              <w:rPr>
                <w:i/>
                <w:color w:val="8A8A8A"/>
                <w:sz w:val="18"/>
              </w:rPr>
              <w:t>Click or type here</w:t>
            </w:r>
          </w:p>
        </w:tc>
        <w:tc>
          <w:tcPr>
            <w:tcW w:w="1440" w:type="dxa"/>
            <w:tcMar>
              <w:top w:w="80" w:type="dxa"/>
              <w:left w:w="120" w:type="dxa"/>
              <w:bottom w:w="80" w:type="dxa"/>
              <w:right w:w="120" w:type="dxa"/>
            </w:tcMar>
            <w:vAlign w:val="center"/>
          </w:tcPr>
          <w:p w14:paraId="7965A450" w14:textId="77777777" w:rsidR="006A2D2B" w:rsidRDefault="00A36B6F">
            <w:pPr>
              <w:spacing w:after="140"/>
            </w:pPr>
            <w:r>
              <w:rPr>
                <w:i/>
                <w:color w:val="8A8A8A"/>
                <w:sz w:val="18"/>
              </w:rPr>
              <w:t>Click or type here</w:t>
            </w:r>
          </w:p>
        </w:tc>
        <w:tc>
          <w:tcPr>
            <w:tcW w:w="2070" w:type="dxa"/>
            <w:tcMar>
              <w:top w:w="80" w:type="dxa"/>
              <w:left w:w="120" w:type="dxa"/>
              <w:bottom w:w="80" w:type="dxa"/>
              <w:right w:w="120" w:type="dxa"/>
            </w:tcMar>
            <w:vAlign w:val="center"/>
          </w:tcPr>
          <w:p w14:paraId="4B5D9623" w14:textId="77777777" w:rsidR="006A2D2B" w:rsidRDefault="00A36B6F">
            <w:pPr>
              <w:spacing w:after="140"/>
            </w:pPr>
            <w:r>
              <w:rPr>
                <w:i/>
                <w:color w:val="8A8A8A"/>
                <w:sz w:val="18"/>
              </w:rPr>
              <w:t>Click or type here</w:t>
            </w:r>
          </w:p>
        </w:tc>
      </w:tr>
      <w:tr w:rsidR="006A2D2B" w14:paraId="769641EC" w14:textId="77777777">
        <w:tc>
          <w:tcPr>
            <w:tcW w:w="3300" w:type="dxa"/>
            <w:tcMar>
              <w:top w:w="80" w:type="dxa"/>
              <w:left w:w="120" w:type="dxa"/>
              <w:bottom w:w="80" w:type="dxa"/>
              <w:right w:w="120" w:type="dxa"/>
            </w:tcMar>
            <w:vAlign w:val="center"/>
          </w:tcPr>
          <w:p w14:paraId="4C27B228" w14:textId="77777777" w:rsidR="006A2D2B" w:rsidRDefault="00A36B6F">
            <w:pPr>
              <w:spacing w:after="140"/>
            </w:pPr>
            <w:r>
              <w:rPr>
                <w:i/>
                <w:color w:val="8A8A8A"/>
                <w:sz w:val="18"/>
              </w:rPr>
              <w:t>Click or type here</w:t>
            </w:r>
          </w:p>
        </w:tc>
        <w:tc>
          <w:tcPr>
            <w:tcW w:w="2550" w:type="dxa"/>
            <w:tcMar>
              <w:top w:w="80" w:type="dxa"/>
              <w:left w:w="120" w:type="dxa"/>
              <w:bottom w:w="80" w:type="dxa"/>
              <w:right w:w="120" w:type="dxa"/>
            </w:tcMar>
            <w:vAlign w:val="center"/>
          </w:tcPr>
          <w:p w14:paraId="29EA8F1C" w14:textId="77777777" w:rsidR="006A2D2B" w:rsidRDefault="00A36B6F">
            <w:pPr>
              <w:spacing w:after="140"/>
            </w:pPr>
            <w:r>
              <w:rPr>
                <w:i/>
                <w:color w:val="8A8A8A"/>
                <w:sz w:val="18"/>
              </w:rPr>
              <w:t>Click or type here</w:t>
            </w:r>
          </w:p>
        </w:tc>
        <w:tc>
          <w:tcPr>
            <w:tcW w:w="1440" w:type="dxa"/>
            <w:tcMar>
              <w:top w:w="80" w:type="dxa"/>
              <w:left w:w="120" w:type="dxa"/>
              <w:bottom w:w="80" w:type="dxa"/>
              <w:right w:w="120" w:type="dxa"/>
            </w:tcMar>
            <w:vAlign w:val="center"/>
          </w:tcPr>
          <w:p w14:paraId="2680F233" w14:textId="77777777" w:rsidR="006A2D2B" w:rsidRDefault="00A36B6F">
            <w:pPr>
              <w:spacing w:after="140"/>
            </w:pPr>
            <w:r>
              <w:rPr>
                <w:i/>
                <w:color w:val="8A8A8A"/>
                <w:sz w:val="18"/>
              </w:rPr>
              <w:t>Click or type here</w:t>
            </w:r>
          </w:p>
        </w:tc>
        <w:tc>
          <w:tcPr>
            <w:tcW w:w="2070" w:type="dxa"/>
            <w:tcMar>
              <w:top w:w="80" w:type="dxa"/>
              <w:left w:w="120" w:type="dxa"/>
              <w:bottom w:w="80" w:type="dxa"/>
              <w:right w:w="120" w:type="dxa"/>
            </w:tcMar>
            <w:vAlign w:val="center"/>
          </w:tcPr>
          <w:p w14:paraId="3BD85DE1" w14:textId="77777777" w:rsidR="006A2D2B" w:rsidRDefault="00A36B6F">
            <w:pPr>
              <w:spacing w:after="140"/>
            </w:pPr>
            <w:r>
              <w:rPr>
                <w:i/>
                <w:color w:val="8A8A8A"/>
                <w:sz w:val="18"/>
              </w:rPr>
              <w:t>Click or type here</w:t>
            </w:r>
          </w:p>
        </w:tc>
      </w:tr>
      <w:tr w:rsidR="006A2D2B" w14:paraId="1BD13DE6" w14:textId="77777777">
        <w:tc>
          <w:tcPr>
            <w:tcW w:w="3300" w:type="dxa"/>
            <w:tcMar>
              <w:top w:w="80" w:type="dxa"/>
              <w:left w:w="120" w:type="dxa"/>
              <w:bottom w:w="80" w:type="dxa"/>
              <w:right w:w="120" w:type="dxa"/>
            </w:tcMar>
            <w:vAlign w:val="center"/>
          </w:tcPr>
          <w:p w14:paraId="7D6BFBFB" w14:textId="77777777" w:rsidR="006A2D2B" w:rsidRDefault="00A36B6F">
            <w:pPr>
              <w:spacing w:after="140"/>
            </w:pPr>
            <w:r>
              <w:rPr>
                <w:i/>
                <w:color w:val="8A8A8A"/>
                <w:sz w:val="18"/>
              </w:rPr>
              <w:t>Click or type here</w:t>
            </w:r>
          </w:p>
        </w:tc>
        <w:tc>
          <w:tcPr>
            <w:tcW w:w="2550" w:type="dxa"/>
            <w:tcMar>
              <w:top w:w="80" w:type="dxa"/>
              <w:left w:w="120" w:type="dxa"/>
              <w:bottom w:w="80" w:type="dxa"/>
              <w:right w:w="120" w:type="dxa"/>
            </w:tcMar>
            <w:vAlign w:val="center"/>
          </w:tcPr>
          <w:p w14:paraId="32AED920" w14:textId="77777777" w:rsidR="006A2D2B" w:rsidRDefault="00A36B6F">
            <w:pPr>
              <w:spacing w:after="140"/>
            </w:pPr>
            <w:r>
              <w:rPr>
                <w:i/>
                <w:color w:val="8A8A8A"/>
                <w:sz w:val="18"/>
              </w:rPr>
              <w:t>Click or type here</w:t>
            </w:r>
          </w:p>
        </w:tc>
        <w:tc>
          <w:tcPr>
            <w:tcW w:w="1440" w:type="dxa"/>
            <w:tcMar>
              <w:top w:w="80" w:type="dxa"/>
              <w:left w:w="120" w:type="dxa"/>
              <w:bottom w:w="80" w:type="dxa"/>
              <w:right w:w="120" w:type="dxa"/>
            </w:tcMar>
            <w:vAlign w:val="center"/>
          </w:tcPr>
          <w:p w14:paraId="78CC6DB9" w14:textId="77777777" w:rsidR="006A2D2B" w:rsidRDefault="00A36B6F">
            <w:pPr>
              <w:spacing w:after="140"/>
            </w:pPr>
            <w:r>
              <w:rPr>
                <w:i/>
                <w:color w:val="8A8A8A"/>
                <w:sz w:val="18"/>
              </w:rPr>
              <w:t>Click or type here</w:t>
            </w:r>
          </w:p>
        </w:tc>
        <w:tc>
          <w:tcPr>
            <w:tcW w:w="2070" w:type="dxa"/>
            <w:tcMar>
              <w:top w:w="80" w:type="dxa"/>
              <w:left w:w="120" w:type="dxa"/>
              <w:bottom w:w="80" w:type="dxa"/>
              <w:right w:w="120" w:type="dxa"/>
            </w:tcMar>
            <w:vAlign w:val="center"/>
          </w:tcPr>
          <w:p w14:paraId="559A4EE3" w14:textId="77777777" w:rsidR="006A2D2B" w:rsidRDefault="00A36B6F">
            <w:pPr>
              <w:spacing w:after="140"/>
            </w:pPr>
            <w:r>
              <w:rPr>
                <w:i/>
                <w:color w:val="8A8A8A"/>
                <w:sz w:val="18"/>
              </w:rPr>
              <w:t>Click or type here</w:t>
            </w:r>
          </w:p>
        </w:tc>
      </w:tr>
      <w:tr w:rsidR="006A2D2B" w14:paraId="4E981D3D" w14:textId="77777777">
        <w:tc>
          <w:tcPr>
            <w:tcW w:w="3300" w:type="dxa"/>
            <w:tcMar>
              <w:top w:w="80" w:type="dxa"/>
              <w:left w:w="120" w:type="dxa"/>
              <w:bottom w:w="80" w:type="dxa"/>
              <w:right w:w="120" w:type="dxa"/>
            </w:tcMar>
            <w:vAlign w:val="center"/>
          </w:tcPr>
          <w:p w14:paraId="45405574" w14:textId="77777777" w:rsidR="006A2D2B" w:rsidRDefault="00A36B6F">
            <w:pPr>
              <w:spacing w:after="140"/>
            </w:pPr>
            <w:r>
              <w:rPr>
                <w:i/>
                <w:color w:val="8A8A8A"/>
                <w:sz w:val="18"/>
              </w:rPr>
              <w:t>Click or type here</w:t>
            </w:r>
          </w:p>
        </w:tc>
        <w:tc>
          <w:tcPr>
            <w:tcW w:w="2550" w:type="dxa"/>
            <w:tcMar>
              <w:top w:w="80" w:type="dxa"/>
              <w:left w:w="120" w:type="dxa"/>
              <w:bottom w:w="80" w:type="dxa"/>
              <w:right w:w="120" w:type="dxa"/>
            </w:tcMar>
            <w:vAlign w:val="center"/>
          </w:tcPr>
          <w:p w14:paraId="501B261F" w14:textId="77777777" w:rsidR="006A2D2B" w:rsidRDefault="00A36B6F">
            <w:pPr>
              <w:spacing w:after="140"/>
            </w:pPr>
            <w:r>
              <w:rPr>
                <w:i/>
                <w:color w:val="8A8A8A"/>
                <w:sz w:val="18"/>
              </w:rPr>
              <w:t>Click or type here</w:t>
            </w:r>
          </w:p>
        </w:tc>
        <w:tc>
          <w:tcPr>
            <w:tcW w:w="1440" w:type="dxa"/>
            <w:tcMar>
              <w:top w:w="80" w:type="dxa"/>
              <w:left w:w="120" w:type="dxa"/>
              <w:bottom w:w="80" w:type="dxa"/>
              <w:right w:w="120" w:type="dxa"/>
            </w:tcMar>
            <w:vAlign w:val="center"/>
          </w:tcPr>
          <w:p w14:paraId="3C924B14" w14:textId="77777777" w:rsidR="006A2D2B" w:rsidRDefault="00A36B6F">
            <w:pPr>
              <w:spacing w:after="140"/>
            </w:pPr>
            <w:r>
              <w:rPr>
                <w:i/>
                <w:color w:val="8A8A8A"/>
                <w:sz w:val="18"/>
              </w:rPr>
              <w:t>Click or type here</w:t>
            </w:r>
          </w:p>
        </w:tc>
        <w:tc>
          <w:tcPr>
            <w:tcW w:w="2070" w:type="dxa"/>
            <w:tcMar>
              <w:top w:w="80" w:type="dxa"/>
              <w:left w:w="120" w:type="dxa"/>
              <w:bottom w:w="80" w:type="dxa"/>
              <w:right w:w="120" w:type="dxa"/>
            </w:tcMar>
            <w:vAlign w:val="center"/>
          </w:tcPr>
          <w:p w14:paraId="5357139C" w14:textId="77777777" w:rsidR="006A2D2B" w:rsidRDefault="00A36B6F">
            <w:pPr>
              <w:spacing w:after="140"/>
            </w:pPr>
            <w:r>
              <w:rPr>
                <w:i/>
                <w:color w:val="8A8A8A"/>
                <w:sz w:val="18"/>
              </w:rPr>
              <w:t>Click or type here</w:t>
            </w:r>
          </w:p>
        </w:tc>
      </w:tr>
    </w:tbl>
    <w:p w14:paraId="3CA697A2" w14:textId="77777777" w:rsidR="006A2D2B" w:rsidRDefault="00A36B6F">
      <w:pPr>
        <w:spacing w:after="80"/>
      </w:pPr>
      <w:r>
        <w:rPr>
          <w:b/>
          <w:color w:val="17324D"/>
          <w:sz w:val="21"/>
        </w:rPr>
        <w:t>Other relevant practical skills, certificates or training:</w:t>
      </w:r>
    </w:p>
    <w:tbl>
      <w:tblPr>
        <w:tblStyle w:val="TableGrid"/>
        <w:tblW w:w="9360" w:type="dxa"/>
        <w:tblInd w:w="120" w:type="dxa"/>
        <w:tblLayout w:type="fixed"/>
        <w:tblLook w:val="04A0" w:firstRow="1" w:lastRow="0" w:firstColumn="1" w:lastColumn="0" w:noHBand="0" w:noVBand="1"/>
      </w:tblPr>
      <w:tblGrid>
        <w:gridCol w:w="9360"/>
      </w:tblGrid>
      <w:tr w:rsidR="006A2D2B" w14:paraId="4414499D" w14:textId="77777777">
        <w:tc>
          <w:tcPr>
            <w:tcW w:w="9360" w:type="dxa"/>
            <w:tcMar>
              <w:top w:w="80" w:type="dxa"/>
              <w:left w:w="120" w:type="dxa"/>
              <w:bottom w:w="80" w:type="dxa"/>
              <w:right w:w="120" w:type="dxa"/>
            </w:tcMar>
            <w:vAlign w:val="center"/>
          </w:tcPr>
          <w:p w14:paraId="5E13FFF6" w14:textId="77777777" w:rsidR="006A2D2B" w:rsidRDefault="00A36B6F">
            <w:pPr>
              <w:spacing w:after="140"/>
            </w:pPr>
            <w:r>
              <w:rPr>
                <w:i/>
                <w:color w:val="7A7A7A"/>
                <w:sz w:val="19"/>
              </w:rPr>
              <w:t>Type your response here.</w:t>
            </w:r>
          </w:p>
          <w:p w14:paraId="404F5F9A" w14:textId="77777777" w:rsidR="006A2D2B" w:rsidRDefault="00A36B6F">
            <w:pPr>
              <w:spacing w:after="140"/>
            </w:pPr>
            <w:r>
              <w:rPr>
                <w:sz w:val="20"/>
              </w:rPr>
              <w:t xml:space="preserve"> </w:t>
            </w:r>
          </w:p>
          <w:p w14:paraId="40136B9D" w14:textId="77777777" w:rsidR="006A2D2B" w:rsidRDefault="00A36B6F">
            <w:pPr>
              <w:spacing w:after="140"/>
            </w:pPr>
            <w:r>
              <w:rPr>
                <w:sz w:val="20"/>
              </w:rPr>
              <w:t xml:space="preserve"> </w:t>
            </w:r>
          </w:p>
        </w:tc>
      </w:tr>
    </w:tbl>
    <w:p w14:paraId="5958F53C" w14:textId="77777777" w:rsidR="006A2D2B" w:rsidRDefault="00A36B6F">
      <w:r>
        <w:br w:type="page"/>
      </w:r>
    </w:p>
    <w:p w14:paraId="44C4D989" w14:textId="77777777" w:rsidR="006A2D2B" w:rsidRDefault="00A36B6F">
      <w:pPr>
        <w:pStyle w:val="Heading1"/>
      </w:pPr>
      <w:r>
        <w:lastRenderedPageBreak/>
        <w:t>4. Employment and other relevant experience</w:t>
      </w:r>
    </w:p>
    <w:p w14:paraId="4EDA3556" w14:textId="77777777" w:rsidR="006A2D2B" w:rsidRDefault="00A36B6F">
      <w:r>
        <w:rPr>
          <w:sz w:val="20"/>
        </w:rPr>
        <w:t>Start with your current or most recent role. Include relevant voluntary or community roles where helpful.</w:t>
      </w:r>
    </w:p>
    <w:tbl>
      <w:tblPr>
        <w:tblStyle w:val="TableGrid"/>
        <w:tblW w:w="9360" w:type="dxa"/>
        <w:tblInd w:w="120" w:type="dxa"/>
        <w:tblLayout w:type="fixed"/>
        <w:tblLook w:val="04A0" w:firstRow="1" w:lastRow="0" w:firstColumn="1" w:lastColumn="0" w:noHBand="0" w:noVBand="1"/>
      </w:tblPr>
      <w:tblGrid>
        <w:gridCol w:w="2160"/>
        <w:gridCol w:w="3600"/>
        <w:gridCol w:w="1500"/>
        <w:gridCol w:w="2100"/>
      </w:tblGrid>
      <w:tr w:rsidR="006A2D2B" w14:paraId="08B8A22C" w14:textId="77777777">
        <w:trPr>
          <w:tblHeader/>
        </w:trPr>
        <w:tc>
          <w:tcPr>
            <w:tcW w:w="2160" w:type="dxa"/>
            <w:shd w:val="clear" w:color="auto" w:fill="17324D"/>
            <w:tcMar>
              <w:top w:w="80" w:type="dxa"/>
              <w:left w:w="120" w:type="dxa"/>
              <w:bottom w:w="80" w:type="dxa"/>
              <w:right w:w="120" w:type="dxa"/>
            </w:tcMar>
            <w:vAlign w:val="center"/>
          </w:tcPr>
          <w:p w14:paraId="243CF28B" w14:textId="77777777" w:rsidR="006A2D2B" w:rsidRDefault="00A36B6F">
            <w:pPr>
              <w:spacing w:after="0"/>
              <w:jc w:val="center"/>
            </w:pPr>
            <w:r>
              <w:rPr>
                <w:b/>
                <w:color w:val="FFFFFF"/>
                <w:sz w:val="18"/>
              </w:rPr>
              <w:t>Employer/organisation</w:t>
            </w:r>
          </w:p>
        </w:tc>
        <w:tc>
          <w:tcPr>
            <w:tcW w:w="3600" w:type="dxa"/>
            <w:shd w:val="clear" w:color="auto" w:fill="17324D"/>
            <w:tcMar>
              <w:top w:w="80" w:type="dxa"/>
              <w:left w:w="120" w:type="dxa"/>
              <w:bottom w:w="80" w:type="dxa"/>
              <w:right w:w="120" w:type="dxa"/>
            </w:tcMar>
            <w:vAlign w:val="center"/>
          </w:tcPr>
          <w:p w14:paraId="51319137" w14:textId="77777777" w:rsidR="006A2D2B" w:rsidRDefault="00A36B6F">
            <w:pPr>
              <w:spacing w:after="0"/>
              <w:jc w:val="center"/>
            </w:pPr>
            <w:r>
              <w:rPr>
                <w:b/>
                <w:color w:val="FFFFFF"/>
                <w:sz w:val="18"/>
              </w:rPr>
              <w:t>Role and main duties</w:t>
            </w:r>
          </w:p>
        </w:tc>
        <w:tc>
          <w:tcPr>
            <w:tcW w:w="1500" w:type="dxa"/>
            <w:shd w:val="clear" w:color="auto" w:fill="17324D"/>
            <w:tcMar>
              <w:top w:w="80" w:type="dxa"/>
              <w:left w:w="120" w:type="dxa"/>
              <w:bottom w:w="80" w:type="dxa"/>
              <w:right w:w="120" w:type="dxa"/>
            </w:tcMar>
            <w:vAlign w:val="center"/>
          </w:tcPr>
          <w:p w14:paraId="759CD932" w14:textId="77777777" w:rsidR="006A2D2B" w:rsidRDefault="00A36B6F">
            <w:pPr>
              <w:spacing w:after="0"/>
              <w:jc w:val="center"/>
            </w:pPr>
            <w:r>
              <w:rPr>
                <w:b/>
                <w:color w:val="FFFFFF"/>
                <w:sz w:val="18"/>
              </w:rPr>
              <w:t>Dates</w:t>
            </w:r>
          </w:p>
        </w:tc>
        <w:tc>
          <w:tcPr>
            <w:tcW w:w="2100" w:type="dxa"/>
            <w:shd w:val="clear" w:color="auto" w:fill="17324D"/>
            <w:tcMar>
              <w:top w:w="80" w:type="dxa"/>
              <w:left w:w="120" w:type="dxa"/>
              <w:bottom w:w="80" w:type="dxa"/>
              <w:right w:w="120" w:type="dxa"/>
            </w:tcMar>
            <w:vAlign w:val="center"/>
          </w:tcPr>
          <w:p w14:paraId="1D455AC9" w14:textId="77777777" w:rsidR="006A2D2B" w:rsidRDefault="00A36B6F">
            <w:pPr>
              <w:spacing w:after="0"/>
              <w:jc w:val="center"/>
            </w:pPr>
            <w:r>
              <w:rPr>
                <w:b/>
                <w:color w:val="FFFFFF"/>
                <w:sz w:val="18"/>
              </w:rPr>
              <w:t>Reason for leaving</w:t>
            </w:r>
          </w:p>
        </w:tc>
      </w:tr>
      <w:tr w:rsidR="006A2D2B" w14:paraId="5884E285" w14:textId="77777777">
        <w:tc>
          <w:tcPr>
            <w:tcW w:w="2160" w:type="dxa"/>
            <w:tcMar>
              <w:top w:w="80" w:type="dxa"/>
              <w:left w:w="120" w:type="dxa"/>
              <w:bottom w:w="80" w:type="dxa"/>
              <w:right w:w="120" w:type="dxa"/>
            </w:tcMar>
            <w:vAlign w:val="center"/>
          </w:tcPr>
          <w:p w14:paraId="2E321A99" w14:textId="77777777" w:rsidR="006A2D2B" w:rsidRDefault="00A36B6F">
            <w:pPr>
              <w:spacing w:after="240"/>
            </w:pPr>
            <w:r>
              <w:rPr>
                <w:i/>
                <w:color w:val="8A8A8A"/>
                <w:sz w:val="17"/>
              </w:rPr>
              <w:t>Click or type here</w:t>
            </w:r>
          </w:p>
          <w:p w14:paraId="5333244A" w14:textId="77777777" w:rsidR="006A2D2B" w:rsidRDefault="00A36B6F">
            <w:pPr>
              <w:spacing w:after="160"/>
            </w:pPr>
            <w:r>
              <w:rPr>
                <w:sz w:val="18"/>
              </w:rPr>
              <w:t xml:space="preserve"> </w:t>
            </w:r>
          </w:p>
        </w:tc>
        <w:tc>
          <w:tcPr>
            <w:tcW w:w="3600" w:type="dxa"/>
            <w:tcMar>
              <w:top w:w="80" w:type="dxa"/>
              <w:left w:w="120" w:type="dxa"/>
              <w:bottom w:w="80" w:type="dxa"/>
              <w:right w:w="120" w:type="dxa"/>
            </w:tcMar>
            <w:vAlign w:val="center"/>
          </w:tcPr>
          <w:p w14:paraId="6C041A60" w14:textId="77777777" w:rsidR="006A2D2B" w:rsidRDefault="00A36B6F">
            <w:pPr>
              <w:spacing w:after="240"/>
            </w:pPr>
            <w:r>
              <w:rPr>
                <w:i/>
                <w:color w:val="8A8A8A"/>
                <w:sz w:val="17"/>
              </w:rPr>
              <w:t>Click or type here</w:t>
            </w:r>
          </w:p>
          <w:p w14:paraId="7474B980" w14:textId="77777777" w:rsidR="006A2D2B" w:rsidRDefault="00A36B6F">
            <w:pPr>
              <w:spacing w:after="160"/>
            </w:pPr>
            <w:r>
              <w:rPr>
                <w:sz w:val="18"/>
              </w:rPr>
              <w:t xml:space="preserve"> </w:t>
            </w:r>
          </w:p>
        </w:tc>
        <w:tc>
          <w:tcPr>
            <w:tcW w:w="1500" w:type="dxa"/>
            <w:tcMar>
              <w:top w:w="80" w:type="dxa"/>
              <w:left w:w="120" w:type="dxa"/>
              <w:bottom w:w="80" w:type="dxa"/>
              <w:right w:w="120" w:type="dxa"/>
            </w:tcMar>
            <w:vAlign w:val="center"/>
          </w:tcPr>
          <w:p w14:paraId="3CFD619B" w14:textId="77777777" w:rsidR="006A2D2B" w:rsidRDefault="00A36B6F">
            <w:pPr>
              <w:spacing w:after="240"/>
            </w:pPr>
            <w:r>
              <w:rPr>
                <w:i/>
                <w:color w:val="8A8A8A"/>
                <w:sz w:val="17"/>
              </w:rPr>
              <w:t>Click or type here</w:t>
            </w:r>
          </w:p>
          <w:p w14:paraId="5F9645C2" w14:textId="77777777" w:rsidR="006A2D2B" w:rsidRDefault="00A36B6F">
            <w:pPr>
              <w:spacing w:after="160"/>
            </w:pPr>
            <w:r>
              <w:rPr>
                <w:sz w:val="18"/>
              </w:rPr>
              <w:t xml:space="preserve"> </w:t>
            </w:r>
          </w:p>
        </w:tc>
        <w:tc>
          <w:tcPr>
            <w:tcW w:w="2100" w:type="dxa"/>
            <w:tcMar>
              <w:top w:w="80" w:type="dxa"/>
              <w:left w:w="120" w:type="dxa"/>
              <w:bottom w:w="80" w:type="dxa"/>
              <w:right w:w="120" w:type="dxa"/>
            </w:tcMar>
            <w:vAlign w:val="center"/>
          </w:tcPr>
          <w:p w14:paraId="22FF0423" w14:textId="77777777" w:rsidR="006A2D2B" w:rsidRDefault="00A36B6F">
            <w:pPr>
              <w:spacing w:after="240"/>
            </w:pPr>
            <w:r>
              <w:rPr>
                <w:i/>
                <w:color w:val="8A8A8A"/>
                <w:sz w:val="17"/>
              </w:rPr>
              <w:t>Click or type here</w:t>
            </w:r>
          </w:p>
          <w:p w14:paraId="2C4E7255" w14:textId="77777777" w:rsidR="006A2D2B" w:rsidRDefault="00A36B6F">
            <w:pPr>
              <w:spacing w:after="160"/>
            </w:pPr>
            <w:r>
              <w:rPr>
                <w:sz w:val="18"/>
              </w:rPr>
              <w:t xml:space="preserve"> </w:t>
            </w:r>
          </w:p>
        </w:tc>
      </w:tr>
      <w:tr w:rsidR="006A2D2B" w14:paraId="79CD39F9" w14:textId="77777777">
        <w:tc>
          <w:tcPr>
            <w:tcW w:w="2160" w:type="dxa"/>
            <w:tcMar>
              <w:top w:w="80" w:type="dxa"/>
              <w:left w:w="120" w:type="dxa"/>
              <w:bottom w:w="80" w:type="dxa"/>
              <w:right w:w="120" w:type="dxa"/>
            </w:tcMar>
            <w:vAlign w:val="center"/>
          </w:tcPr>
          <w:p w14:paraId="7CF2F8A1" w14:textId="77777777" w:rsidR="006A2D2B" w:rsidRDefault="00A36B6F">
            <w:pPr>
              <w:spacing w:after="240"/>
            </w:pPr>
            <w:r>
              <w:rPr>
                <w:i/>
                <w:color w:val="8A8A8A"/>
                <w:sz w:val="17"/>
              </w:rPr>
              <w:t>Click or type here</w:t>
            </w:r>
          </w:p>
          <w:p w14:paraId="10394369" w14:textId="77777777" w:rsidR="006A2D2B" w:rsidRDefault="00A36B6F">
            <w:pPr>
              <w:spacing w:after="160"/>
            </w:pPr>
            <w:r>
              <w:rPr>
                <w:sz w:val="18"/>
              </w:rPr>
              <w:t xml:space="preserve"> </w:t>
            </w:r>
          </w:p>
        </w:tc>
        <w:tc>
          <w:tcPr>
            <w:tcW w:w="3600" w:type="dxa"/>
            <w:tcMar>
              <w:top w:w="80" w:type="dxa"/>
              <w:left w:w="120" w:type="dxa"/>
              <w:bottom w:w="80" w:type="dxa"/>
              <w:right w:w="120" w:type="dxa"/>
            </w:tcMar>
            <w:vAlign w:val="center"/>
          </w:tcPr>
          <w:p w14:paraId="7FDBBDA0" w14:textId="77777777" w:rsidR="006A2D2B" w:rsidRDefault="00A36B6F">
            <w:pPr>
              <w:spacing w:after="240"/>
            </w:pPr>
            <w:r>
              <w:rPr>
                <w:i/>
                <w:color w:val="8A8A8A"/>
                <w:sz w:val="17"/>
              </w:rPr>
              <w:t>Click or type here</w:t>
            </w:r>
          </w:p>
          <w:p w14:paraId="2C06A2F4" w14:textId="77777777" w:rsidR="006A2D2B" w:rsidRDefault="00A36B6F">
            <w:pPr>
              <w:spacing w:after="160"/>
            </w:pPr>
            <w:r>
              <w:rPr>
                <w:sz w:val="18"/>
              </w:rPr>
              <w:t xml:space="preserve"> </w:t>
            </w:r>
          </w:p>
        </w:tc>
        <w:tc>
          <w:tcPr>
            <w:tcW w:w="1500" w:type="dxa"/>
            <w:tcMar>
              <w:top w:w="80" w:type="dxa"/>
              <w:left w:w="120" w:type="dxa"/>
              <w:bottom w:w="80" w:type="dxa"/>
              <w:right w:w="120" w:type="dxa"/>
            </w:tcMar>
            <w:vAlign w:val="center"/>
          </w:tcPr>
          <w:p w14:paraId="15A63FFD" w14:textId="77777777" w:rsidR="006A2D2B" w:rsidRDefault="00A36B6F">
            <w:pPr>
              <w:spacing w:after="240"/>
            </w:pPr>
            <w:r>
              <w:rPr>
                <w:i/>
                <w:color w:val="8A8A8A"/>
                <w:sz w:val="17"/>
              </w:rPr>
              <w:t>Click or type here</w:t>
            </w:r>
          </w:p>
          <w:p w14:paraId="25F17C1E" w14:textId="77777777" w:rsidR="006A2D2B" w:rsidRDefault="00A36B6F">
            <w:pPr>
              <w:spacing w:after="160"/>
            </w:pPr>
            <w:r>
              <w:rPr>
                <w:sz w:val="18"/>
              </w:rPr>
              <w:t xml:space="preserve"> </w:t>
            </w:r>
          </w:p>
        </w:tc>
        <w:tc>
          <w:tcPr>
            <w:tcW w:w="2100" w:type="dxa"/>
            <w:tcMar>
              <w:top w:w="80" w:type="dxa"/>
              <w:left w:w="120" w:type="dxa"/>
              <w:bottom w:w="80" w:type="dxa"/>
              <w:right w:w="120" w:type="dxa"/>
            </w:tcMar>
            <w:vAlign w:val="center"/>
          </w:tcPr>
          <w:p w14:paraId="3C334F02" w14:textId="77777777" w:rsidR="006A2D2B" w:rsidRDefault="00A36B6F">
            <w:pPr>
              <w:spacing w:after="240"/>
            </w:pPr>
            <w:r>
              <w:rPr>
                <w:i/>
                <w:color w:val="8A8A8A"/>
                <w:sz w:val="17"/>
              </w:rPr>
              <w:t>Click or type here</w:t>
            </w:r>
          </w:p>
          <w:p w14:paraId="176ADDD7" w14:textId="77777777" w:rsidR="006A2D2B" w:rsidRDefault="00A36B6F">
            <w:pPr>
              <w:spacing w:after="160"/>
            </w:pPr>
            <w:r>
              <w:rPr>
                <w:sz w:val="18"/>
              </w:rPr>
              <w:t xml:space="preserve"> </w:t>
            </w:r>
          </w:p>
        </w:tc>
      </w:tr>
      <w:tr w:rsidR="006A2D2B" w14:paraId="09A15596" w14:textId="77777777">
        <w:tc>
          <w:tcPr>
            <w:tcW w:w="2160" w:type="dxa"/>
            <w:tcMar>
              <w:top w:w="80" w:type="dxa"/>
              <w:left w:w="120" w:type="dxa"/>
              <w:bottom w:w="80" w:type="dxa"/>
              <w:right w:w="120" w:type="dxa"/>
            </w:tcMar>
            <w:vAlign w:val="center"/>
          </w:tcPr>
          <w:p w14:paraId="5136007D" w14:textId="77777777" w:rsidR="006A2D2B" w:rsidRDefault="00A36B6F">
            <w:pPr>
              <w:spacing w:after="240"/>
            </w:pPr>
            <w:r>
              <w:rPr>
                <w:i/>
                <w:color w:val="8A8A8A"/>
                <w:sz w:val="17"/>
              </w:rPr>
              <w:t>Click or type here</w:t>
            </w:r>
          </w:p>
          <w:p w14:paraId="1FBD9F24" w14:textId="77777777" w:rsidR="006A2D2B" w:rsidRDefault="00A36B6F">
            <w:pPr>
              <w:spacing w:after="160"/>
            </w:pPr>
            <w:r>
              <w:rPr>
                <w:sz w:val="18"/>
              </w:rPr>
              <w:t xml:space="preserve"> </w:t>
            </w:r>
          </w:p>
        </w:tc>
        <w:tc>
          <w:tcPr>
            <w:tcW w:w="3600" w:type="dxa"/>
            <w:tcMar>
              <w:top w:w="80" w:type="dxa"/>
              <w:left w:w="120" w:type="dxa"/>
              <w:bottom w:w="80" w:type="dxa"/>
              <w:right w:w="120" w:type="dxa"/>
            </w:tcMar>
            <w:vAlign w:val="center"/>
          </w:tcPr>
          <w:p w14:paraId="488EF8DA" w14:textId="77777777" w:rsidR="006A2D2B" w:rsidRDefault="00A36B6F">
            <w:pPr>
              <w:spacing w:after="240"/>
            </w:pPr>
            <w:r>
              <w:rPr>
                <w:i/>
                <w:color w:val="8A8A8A"/>
                <w:sz w:val="17"/>
              </w:rPr>
              <w:t>Click or type here</w:t>
            </w:r>
          </w:p>
          <w:p w14:paraId="2FED95B1" w14:textId="77777777" w:rsidR="006A2D2B" w:rsidRDefault="00A36B6F">
            <w:pPr>
              <w:spacing w:after="160"/>
            </w:pPr>
            <w:r>
              <w:rPr>
                <w:sz w:val="18"/>
              </w:rPr>
              <w:t xml:space="preserve"> </w:t>
            </w:r>
          </w:p>
        </w:tc>
        <w:tc>
          <w:tcPr>
            <w:tcW w:w="1500" w:type="dxa"/>
            <w:tcMar>
              <w:top w:w="80" w:type="dxa"/>
              <w:left w:w="120" w:type="dxa"/>
              <w:bottom w:w="80" w:type="dxa"/>
              <w:right w:w="120" w:type="dxa"/>
            </w:tcMar>
            <w:vAlign w:val="center"/>
          </w:tcPr>
          <w:p w14:paraId="4894809D" w14:textId="77777777" w:rsidR="006A2D2B" w:rsidRDefault="00A36B6F">
            <w:pPr>
              <w:spacing w:after="240"/>
            </w:pPr>
            <w:r>
              <w:rPr>
                <w:i/>
                <w:color w:val="8A8A8A"/>
                <w:sz w:val="17"/>
              </w:rPr>
              <w:t>Click or type here</w:t>
            </w:r>
          </w:p>
          <w:p w14:paraId="0416F4A9" w14:textId="77777777" w:rsidR="006A2D2B" w:rsidRDefault="00A36B6F">
            <w:pPr>
              <w:spacing w:after="160"/>
            </w:pPr>
            <w:r>
              <w:rPr>
                <w:sz w:val="18"/>
              </w:rPr>
              <w:t xml:space="preserve"> </w:t>
            </w:r>
          </w:p>
        </w:tc>
        <w:tc>
          <w:tcPr>
            <w:tcW w:w="2100" w:type="dxa"/>
            <w:tcMar>
              <w:top w:w="80" w:type="dxa"/>
              <w:left w:w="120" w:type="dxa"/>
              <w:bottom w:w="80" w:type="dxa"/>
              <w:right w:w="120" w:type="dxa"/>
            </w:tcMar>
            <w:vAlign w:val="center"/>
          </w:tcPr>
          <w:p w14:paraId="7FB4A0E7" w14:textId="77777777" w:rsidR="006A2D2B" w:rsidRDefault="00A36B6F">
            <w:pPr>
              <w:spacing w:after="240"/>
            </w:pPr>
            <w:r>
              <w:rPr>
                <w:i/>
                <w:color w:val="8A8A8A"/>
                <w:sz w:val="17"/>
              </w:rPr>
              <w:t>Click or type here</w:t>
            </w:r>
          </w:p>
          <w:p w14:paraId="4F8DAFE2" w14:textId="77777777" w:rsidR="006A2D2B" w:rsidRDefault="00A36B6F">
            <w:pPr>
              <w:spacing w:after="160"/>
            </w:pPr>
            <w:r>
              <w:rPr>
                <w:sz w:val="18"/>
              </w:rPr>
              <w:t xml:space="preserve"> </w:t>
            </w:r>
          </w:p>
        </w:tc>
      </w:tr>
      <w:tr w:rsidR="006A2D2B" w14:paraId="2A52976F" w14:textId="77777777">
        <w:tc>
          <w:tcPr>
            <w:tcW w:w="2160" w:type="dxa"/>
            <w:tcMar>
              <w:top w:w="80" w:type="dxa"/>
              <w:left w:w="120" w:type="dxa"/>
              <w:bottom w:w="80" w:type="dxa"/>
              <w:right w:w="120" w:type="dxa"/>
            </w:tcMar>
            <w:vAlign w:val="center"/>
          </w:tcPr>
          <w:p w14:paraId="0D5CFEDD" w14:textId="77777777" w:rsidR="006A2D2B" w:rsidRDefault="00A36B6F">
            <w:pPr>
              <w:spacing w:after="240"/>
            </w:pPr>
            <w:r>
              <w:rPr>
                <w:i/>
                <w:color w:val="8A8A8A"/>
                <w:sz w:val="17"/>
              </w:rPr>
              <w:t>Click or type here</w:t>
            </w:r>
          </w:p>
          <w:p w14:paraId="43AA0D92" w14:textId="77777777" w:rsidR="006A2D2B" w:rsidRDefault="00A36B6F">
            <w:pPr>
              <w:spacing w:after="160"/>
            </w:pPr>
            <w:r>
              <w:rPr>
                <w:sz w:val="18"/>
              </w:rPr>
              <w:t xml:space="preserve"> </w:t>
            </w:r>
          </w:p>
        </w:tc>
        <w:tc>
          <w:tcPr>
            <w:tcW w:w="3600" w:type="dxa"/>
            <w:tcMar>
              <w:top w:w="80" w:type="dxa"/>
              <w:left w:w="120" w:type="dxa"/>
              <w:bottom w:w="80" w:type="dxa"/>
              <w:right w:w="120" w:type="dxa"/>
            </w:tcMar>
            <w:vAlign w:val="center"/>
          </w:tcPr>
          <w:p w14:paraId="6DD77719" w14:textId="77777777" w:rsidR="006A2D2B" w:rsidRDefault="00A36B6F">
            <w:pPr>
              <w:spacing w:after="240"/>
            </w:pPr>
            <w:r>
              <w:rPr>
                <w:i/>
                <w:color w:val="8A8A8A"/>
                <w:sz w:val="17"/>
              </w:rPr>
              <w:t>Click or type here</w:t>
            </w:r>
          </w:p>
          <w:p w14:paraId="7E00EAD8" w14:textId="77777777" w:rsidR="006A2D2B" w:rsidRDefault="00A36B6F">
            <w:pPr>
              <w:spacing w:after="160"/>
            </w:pPr>
            <w:r>
              <w:rPr>
                <w:sz w:val="18"/>
              </w:rPr>
              <w:t xml:space="preserve"> </w:t>
            </w:r>
          </w:p>
        </w:tc>
        <w:tc>
          <w:tcPr>
            <w:tcW w:w="1500" w:type="dxa"/>
            <w:tcMar>
              <w:top w:w="80" w:type="dxa"/>
              <w:left w:w="120" w:type="dxa"/>
              <w:bottom w:w="80" w:type="dxa"/>
              <w:right w:w="120" w:type="dxa"/>
            </w:tcMar>
            <w:vAlign w:val="center"/>
          </w:tcPr>
          <w:p w14:paraId="043E6EE9" w14:textId="77777777" w:rsidR="006A2D2B" w:rsidRDefault="00A36B6F">
            <w:pPr>
              <w:spacing w:after="240"/>
            </w:pPr>
            <w:r>
              <w:rPr>
                <w:i/>
                <w:color w:val="8A8A8A"/>
                <w:sz w:val="17"/>
              </w:rPr>
              <w:t>Click or type here</w:t>
            </w:r>
          </w:p>
          <w:p w14:paraId="6A319FA8" w14:textId="77777777" w:rsidR="006A2D2B" w:rsidRDefault="00A36B6F">
            <w:pPr>
              <w:spacing w:after="160"/>
            </w:pPr>
            <w:r>
              <w:rPr>
                <w:sz w:val="18"/>
              </w:rPr>
              <w:t xml:space="preserve"> </w:t>
            </w:r>
          </w:p>
        </w:tc>
        <w:tc>
          <w:tcPr>
            <w:tcW w:w="2100" w:type="dxa"/>
            <w:tcMar>
              <w:top w:w="80" w:type="dxa"/>
              <w:left w:w="120" w:type="dxa"/>
              <w:bottom w:w="80" w:type="dxa"/>
              <w:right w:w="120" w:type="dxa"/>
            </w:tcMar>
            <w:vAlign w:val="center"/>
          </w:tcPr>
          <w:p w14:paraId="0CC6E705" w14:textId="77777777" w:rsidR="006A2D2B" w:rsidRDefault="00A36B6F">
            <w:pPr>
              <w:spacing w:after="240"/>
            </w:pPr>
            <w:r>
              <w:rPr>
                <w:i/>
                <w:color w:val="8A8A8A"/>
                <w:sz w:val="17"/>
              </w:rPr>
              <w:t>Click or type here</w:t>
            </w:r>
          </w:p>
          <w:p w14:paraId="45996F60" w14:textId="77777777" w:rsidR="006A2D2B" w:rsidRDefault="00A36B6F">
            <w:pPr>
              <w:spacing w:after="160"/>
            </w:pPr>
            <w:r>
              <w:rPr>
                <w:sz w:val="18"/>
              </w:rPr>
              <w:t xml:space="preserve"> </w:t>
            </w:r>
          </w:p>
        </w:tc>
      </w:tr>
      <w:tr w:rsidR="006A2D2B" w14:paraId="004F6E01" w14:textId="77777777">
        <w:tc>
          <w:tcPr>
            <w:tcW w:w="2160" w:type="dxa"/>
            <w:tcMar>
              <w:top w:w="80" w:type="dxa"/>
              <w:left w:w="120" w:type="dxa"/>
              <w:bottom w:w="80" w:type="dxa"/>
              <w:right w:w="120" w:type="dxa"/>
            </w:tcMar>
            <w:vAlign w:val="center"/>
          </w:tcPr>
          <w:p w14:paraId="3D8843D5" w14:textId="77777777" w:rsidR="006A2D2B" w:rsidRDefault="00A36B6F">
            <w:pPr>
              <w:spacing w:after="240"/>
            </w:pPr>
            <w:r>
              <w:rPr>
                <w:i/>
                <w:color w:val="8A8A8A"/>
                <w:sz w:val="17"/>
              </w:rPr>
              <w:t>Click or type here</w:t>
            </w:r>
          </w:p>
          <w:p w14:paraId="2F9F194C" w14:textId="77777777" w:rsidR="006A2D2B" w:rsidRDefault="00A36B6F">
            <w:pPr>
              <w:spacing w:after="160"/>
            </w:pPr>
            <w:r>
              <w:rPr>
                <w:sz w:val="18"/>
              </w:rPr>
              <w:t xml:space="preserve"> </w:t>
            </w:r>
          </w:p>
        </w:tc>
        <w:tc>
          <w:tcPr>
            <w:tcW w:w="3600" w:type="dxa"/>
            <w:tcMar>
              <w:top w:w="80" w:type="dxa"/>
              <w:left w:w="120" w:type="dxa"/>
              <w:bottom w:w="80" w:type="dxa"/>
              <w:right w:w="120" w:type="dxa"/>
            </w:tcMar>
            <w:vAlign w:val="center"/>
          </w:tcPr>
          <w:p w14:paraId="059A4710" w14:textId="77777777" w:rsidR="006A2D2B" w:rsidRDefault="00A36B6F">
            <w:pPr>
              <w:spacing w:after="240"/>
            </w:pPr>
            <w:r>
              <w:rPr>
                <w:i/>
                <w:color w:val="8A8A8A"/>
                <w:sz w:val="17"/>
              </w:rPr>
              <w:t>Click or type here</w:t>
            </w:r>
          </w:p>
          <w:p w14:paraId="0AA4EB1C" w14:textId="77777777" w:rsidR="006A2D2B" w:rsidRDefault="00A36B6F">
            <w:pPr>
              <w:spacing w:after="160"/>
            </w:pPr>
            <w:r>
              <w:rPr>
                <w:sz w:val="18"/>
              </w:rPr>
              <w:t xml:space="preserve"> </w:t>
            </w:r>
          </w:p>
        </w:tc>
        <w:tc>
          <w:tcPr>
            <w:tcW w:w="1500" w:type="dxa"/>
            <w:tcMar>
              <w:top w:w="80" w:type="dxa"/>
              <w:left w:w="120" w:type="dxa"/>
              <w:bottom w:w="80" w:type="dxa"/>
              <w:right w:w="120" w:type="dxa"/>
            </w:tcMar>
            <w:vAlign w:val="center"/>
          </w:tcPr>
          <w:p w14:paraId="73DC50C8" w14:textId="77777777" w:rsidR="006A2D2B" w:rsidRDefault="00A36B6F">
            <w:pPr>
              <w:spacing w:after="240"/>
            </w:pPr>
            <w:r>
              <w:rPr>
                <w:i/>
                <w:color w:val="8A8A8A"/>
                <w:sz w:val="17"/>
              </w:rPr>
              <w:t>Click or type here</w:t>
            </w:r>
          </w:p>
          <w:p w14:paraId="66141106" w14:textId="77777777" w:rsidR="006A2D2B" w:rsidRDefault="00A36B6F">
            <w:pPr>
              <w:spacing w:after="160"/>
            </w:pPr>
            <w:r>
              <w:rPr>
                <w:sz w:val="18"/>
              </w:rPr>
              <w:t xml:space="preserve"> </w:t>
            </w:r>
          </w:p>
        </w:tc>
        <w:tc>
          <w:tcPr>
            <w:tcW w:w="2100" w:type="dxa"/>
            <w:tcMar>
              <w:top w:w="80" w:type="dxa"/>
              <w:left w:w="120" w:type="dxa"/>
              <w:bottom w:w="80" w:type="dxa"/>
              <w:right w:w="120" w:type="dxa"/>
            </w:tcMar>
            <w:vAlign w:val="center"/>
          </w:tcPr>
          <w:p w14:paraId="2ADE0380" w14:textId="77777777" w:rsidR="006A2D2B" w:rsidRDefault="00A36B6F">
            <w:pPr>
              <w:spacing w:after="240"/>
            </w:pPr>
            <w:r>
              <w:rPr>
                <w:i/>
                <w:color w:val="8A8A8A"/>
                <w:sz w:val="17"/>
              </w:rPr>
              <w:t>Click or type here</w:t>
            </w:r>
          </w:p>
          <w:p w14:paraId="223903B1" w14:textId="77777777" w:rsidR="006A2D2B" w:rsidRDefault="00A36B6F">
            <w:pPr>
              <w:spacing w:after="160"/>
            </w:pPr>
            <w:r>
              <w:rPr>
                <w:sz w:val="18"/>
              </w:rPr>
              <w:t xml:space="preserve"> </w:t>
            </w:r>
          </w:p>
        </w:tc>
      </w:tr>
    </w:tbl>
    <w:p w14:paraId="023BC188" w14:textId="77777777" w:rsidR="006A2D2B" w:rsidRDefault="00A36B6F">
      <w:pPr>
        <w:spacing w:after="80"/>
      </w:pPr>
      <w:r>
        <w:rPr>
          <w:b/>
          <w:color w:val="17324D"/>
          <w:sz w:val="21"/>
        </w:rPr>
        <w:t>Please explain any gaps in your work history that are not already clear above:</w:t>
      </w:r>
    </w:p>
    <w:tbl>
      <w:tblPr>
        <w:tblStyle w:val="TableGrid"/>
        <w:tblW w:w="9360" w:type="dxa"/>
        <w:tblInd w:w="120" w:type="dxa"/>
        <w:tblLayout w:type="fixed"/>
        <w:tblLook w:val="04A0" w:firstRow="1" w:lastRow="0" w:firstColumn="1" w:lastColumn="0" w:noHBand="0" w:noVBand="1"/>
      </w:tblPr>
      <w:tblGrid>
        <w:gridCol w:w="9360"/>
      </w:tblGrid>
      <w:tr w:rsidR="006A2D2B" w14:paraId="43BAE045" w14:textId="77777777">
        <w:tc>
          <w:tcPr>
            <w:tcW w:w="9360" w:type="dxa"/>
            <w:tcMar>
              <w:top w:w="80" w:type="dxa"/>
              <w:left w:w="120" w:type="dxa"/>
              <w:bottom w:w="80" w:type="dxa"/>
              <w:right w:w="120" w:type="dxa"/>
            </w:tcMar>
            <w:vAlign w:val="center"/>
          </w:tcPr>
          <w:p w14:paraId="497C357B" w14:textId="77777777" w:rsidR="006A2D2B" w:rsidRDefault="00A36B6F">
            <w:pPr>
              <w:spacing w:after="140"/>
            </w:pPr>
            <w:r>
              <w:rPr>
                <w:i/>
                <w:color w:val="7A7A7A"/>
                <w:sz w:val="19"/>
              </w:rPr>
              <w:t>Type your response here.</w:t>
            </w:r>
          </w:p>
          <w:p w14:paraId="3D1C84F1" w14:textId="77777777" w:rsidR="006A2D2B" w:rsidRDefault="00A36B6F">
            <w:pPr>
              <w:spacing w:after="140"/>
            </w:pPr>
            <w:r>
              <w:rPr>
                <w:sz w:val="20"/>
              </w:rPr>
              <w:t xml:space="preserve"> </w:t>
            </w:r>
          </w:p>
          <w:p w14:paraId="0A24E03B" w14:textId="77777777" w:rsidR="006A2D2B" w:rsidRDefault="00A36B6F">
            <w:pPr>
              <w:spacing w:after="140"/>
            </w:pPr>
            <w:r>
              <w:rPr>
                <w:sz w:val="20"/>
              </w:rPr>
              <w:t xml:space="preserve"> </w:t>
            </w:r>
          </w:p>
        </w:tc>
      </w:tr>
    </w:tbl>
    <w:p w14:paraId="733A90AE" w14:textId="77777777" w:rsidR="006A2D2B" w:rsidRDefault="00A36B6F">
      <w:r>
        <w:br w:type="page"/>
      </w:r>
    </w:p>
    <w:p w14:paraId="28CD4658" w14:textId="77777777" w:rsidR="006A2D2B" w:rsidRDefault="00A36B6F">
      <w:pPr>
        <w:pStyle w:val="Heading1"/>
      </w:pPr>
      <w:r>
        <w:lastRenderedPageBreak/>
        <w:t>5. Supporting questions</w:t>
      </w:r>
    </w:p>
    <w:p w14:paraId="66105D6E" w14:textId="77777777" w:rsidR="006A2D2B" w:rsidRDefault="00A36B6F">
      <w:r>
        <w:rPr>
          <w:sz w:val="20"/>
        </w:rPr>
        <w:t>Please give concise examples. Examples can come from employment, volunteering, community activity or another relevant setting.</w:t>
      </w:r>
    </w:p>
    <w:p w14:paraId="1CDD3F65" w14:textId="77777777" w:rsidR="006A2D2B" w:rsidRDefault="00A36B6F">
      <w:pPr>
        <w:spacing w:after="80"/>
      </w:pPr>
      <w:r>
        <w:rPr>
          <w:b/>
          <w:color w:val="17324D"/>
          <w:sz w:val="21"/>
        </w:rPr>
        <w:t>A. Tell us about a time you welcomed or supported a member of the public, customer, hirer or group. What did you do and what was the outcome?</w:t>
      </w:r>
    </w:p>
    <w:tbl>
      <w:tblPr>
        <w:tblStyle w:val="TableGrid"/>
        <w:tblW w:w="9360" w:type="dxa"/>
        <w:tblInd w:w="120" w:type="dxa"/>
        <w:tblLayout w:type="fixed"/>
        <w:tblLook w:val="04A0" w:firstRow="1" w:lastRow="0" w:firstColumn="1" w:lastColumn="0" w:noHBand="0" w:noVBand="1"/>
      </w:tblPr>
      <w:tblGrid>
        <w:gridCol w:w="9360"/>
      </w:tblGrid>
      <w:tr w:rsidR="006A2D2B" w14:paraId="15379569" w14:textId="77777777">
        <w:tc>
          <w:tcPr>
            <w:tcW w:w="9360" w:type="dxa"/>
            <w:tcMar>
              <w:top w:w="80" w:type="dxa"/>
              <w:left w:w="120" w:type="dxa"/>
              <w:bottom w:w="80" w:type="dxa"/>
              <w:right w:w="120" w:type="dxa"/>
            </w:tcMar>
            <w:vAlign w:val="center"/>
          </w:tcPr>
          <w:p w14:paraId="6ED5D7E3" w14:textId="77777777" w:rsidR="006A2D2B" w:rsidRDefault="00A36B6F">
            <w:pPr>
              <w:spacing w:after="140"/>
            </w:pPr>
            <w:r>
              <w:rPr>
                <w:i/>
                <w:color w:val="7A7A7A"/>
                <w:sz w:val="19"/>
              </w:rPr>
              <w:t>Type your response here.</w:t>
            </w:r>
          </w:p>
          <w:p w14:paraId="1CC80346" w14:textId="77777777" w:rsidR="006A2D2B" w:rsidRDefault="00A36B6F">
            <w:pPr>
              <w:spacing w:after="140"/>
            </w:pPr>
            <w:r>
              <w:rPr>
                <w:sz w:val="20"/>
              </w:rPr>
              <w:t xml:space="preserve"> </w:t>
            </w:r>
          </w:p>
          <w:p w14:paraId="403245CF" w14:textId="77777777" w:rsidR="006A2D2B" w:rsidRDefault="00A36B6F">
            <w:pPr>
              <w:spacing w:after="140"/>
            </w:pPr>
            <w:r>
              <w:rPr>
                <w:sz w:val="20"/>
              </w:rPr>
              <w:t xml:space="preserve"> </w:t>
            </w:r>
          </w:p>
          <w:p w14:paraId="63ACE493" w14:textId="77777777" w:rsidR="006A2D2B" w:rsidRDefault="00A36B6F">
            <w:pPr>
              <w:spacing w:after="140"/>
            </w:pPr>
            <w:r>
              <w:rPr>
                <w:sz w:val="20"/>
              </w:rPr>
              <w:t xml:space="preserve"> </w:t>
            </w:r>
          </w:p>
          <w:p w14:paraId="7AC9B517" w14:textId="77777777" w:rsidR="006A2D2B" w:rsidRDefault="00A36B6F">
            <w:pPr>
              <w:spacing w:after="140"/>
            </w:pPr>
            <w:r>
              <w:rPr>
                <w:sz w:val="20"/>
              </w:rPr>
              <w:t xml:space="preserve"> </w:t>
            </w:r>
          </w:p>
          <w:p w14:paraId="27351D75" w14:textId="77777777" w:rsidR="006A2D2B" w:rsidRDefault="00A36B6F">
            <w:pPr>
              <w:spacing w:after="140"/>
            </w:pPr>
            <w:r>
              <w:rPr>
                <w:sz w:val="20"/>
              </w:rPr>
              <w:t xml:space="preserve"> </w:t>
            </w:r>
          </w:p>
          <w:p w14:paraId="3BB7CCC6" w14:textId="77777777" w:rsidR="006A2D2B" w:rsidRDefault="00A36B6F">
            <w:pPr>
              <w:spacing w:after="140"/>
            </w:pPr>
            <w:r>
              <w:rPr>
                <w:sz w:val="20"/>
              </w:rPr>
              <w:t xml:space="preserve"> </w:t>
            </w:r>
          </w:p>
        </w:tc>
      </w:tr>
    </w:tbl>
    <w:p w14:paraId="106B8995" w14:textId="77777777" w:rsidR="006A2D2B" w:rsidRDefault="006A2D2B"/>
    <w:p w14:paraId="0889C198" w14:textId="77777777" w:rsidR="006A2D2B" w:rsidRDefault="00A36B6F">
      <w:pPr>
        <w:spacing w:after="80"/>
      </w:pPr>
      <w:r>
        <w:rPr>
          <w:b/>
          <w:color w:val="17324D"/>
          <w:sz w:val="21"/>
        </w:rPr>
        <w:t>B. Tell us about a practical, safety or building-related problem you noticed. How did you respond and who did you inform?</w:t>
      </w:r>
    </w:p>
    <w:tbl>
      <w:tblPr>
        <w:tblStyle w:val="TableGrid"/>
        <w:tblW w:w="9360" w:type="dxa"/>
        <w:tblInd w:w="120" w:type="dxa"/>
        <w:tblLayout w:type="fixed"/>
        <w:tblLook w:val="04A0" w:firstRow="1" w:lastRow="0" w:firstColumn="1" w:lastColumn="0" w:noHBand="0" w:noVBand="1"/>
      </w:tblPr>
      <w:tblGrid>
        <w:gridCol w:w="9360"/>
      </w:tblGrid>
      <w:tr w:rsidR="006A2D2B" w14:paraId="7AE2459F" w14:textId="77777777">
        <w:tc>
          <w:tcPr>
            <w:tcW w:w="9360" w:type="dxa"/>
            <w:tcMar>
              <w:top w:w="80" w:type="dxa"/>
              <w:left w:w="120" w:type="dxa"/>
              <w:bottom w:w="80" w:type="dxa"/>
              <w:right w:w="120" w:type="dxa"/>
            </w:tcMar>
            <w:vAlign w:val="center"/>
          </w:tcPr>
          <w:p w14:paraId="27D49AFE" w14:textId="77777777" w:rsidR="006A2D2B" w:rsidRDefault="00A36B6F">
            <w:pPr>
              <w:spacing w:after="140"/>
            </w:pPr>
            <w:r>
              <w:rPr>
                <w:i/>
                <w:color w:val="7A7A7A"/>
                <w:sz w:val="19"/>
              </w:rPr>
              <w:t>Type your response here.</w:t>
            </w:r>
          </w:p>
          <w:p w14:paraId="224AD3A6" w14:textId="77777777" w:rsidR="006A2D2B" w:rsidRDefault="00A36B6F">
            <w:pPr>
              <w:spacing w:after="140"/>
            </w:pPr>
            <w:r>
              <w:rPr>
                <w:sz w:val="20"/>
              </w:rPr>
              <w:t xml:space="preserve"> </w:t>
            </w:r>
          </w:p>
          <w:p w14:paraId="2BA644D3" w14:textId="77777777" w:rsidR="006A2D2B" w:rsidRDefault="00A36B6F">
            <w:pPr>
              <w:spacing w:after="140"/>
            </w:pPr>
            <w:r>
              <w:rPr>
                <w:sz w:val="20"/>
              </w:rPr>
              <w:t xml:space="preserve"> </w:t>
            </w:r>
          </w:p>
          <w:p w14:paraId="24AB0B00" w14:textId="77777777" w:rsidR="006A2D2B" w:rsidRDefault="00A36B6F">
            <w:pPr>
              <w:spacing w:after="140"/>
            </w:pPr>
            <w:r>
              <w:rPr>
                <w:sz w:val="20"/>
              </w:rPr>
              <w:t xml:space="preserve"> </w:t>
            </w:r>
          </w:p>
          <w:p w14:paraId="50D1C941" w14:textId="77777777" w:rsidR="006A2D2B" w:rsidRDefault="00A36B6F">
            <w:pPr>
              <w:spacing w:after="140"/>
            </w:pPr>
            <w:r>
              <w:rPr>
                <w:sz w:val="20"/>
              </w:rPr>
              <w:t xml:space="preserve"> </w:t>
            </w:r>
          </w:p>
          <w:p w14:paraId="1B229CAE" w14:textId="77777777" w:rsidR="006A2D2B" w:rsidRDefault="00A36B6F">
            <w:pPr>
              <w:spacing w:after="140"/>
            </w:pPr>
            <w:r>
              <w:rPr>
                <w:sz w:val="20"/>
              </w:rPr>
              <w:t xml:space="preserve"> </w:t>
            </w:r>
          </w:p>
          <w:p w14:paraId="19E17F6D" w14:textId="77777777" w:rsidR="006A2D2B" w:rsidRDefault="00A36B6F">
            <w:pPr>
              <w:spacing w:after="140"/>
            </w:pPr>
            <w:r>
              <w:rPr>
                <w:sz w:val="20"/>
              </w:rPr>
              <w:t xml:space="preserve"> </w:t>
            </w:r>
          </w:p>
        </w:tc>
      </w:tr>
    </w:tbl>
    <w:p w14:paraId="5595DA79" w14:textId="77777777" w:rsidR="006A2D2B" w:rsidRDefault="00A36B6F">
      <w:r>
        <w:br w:type="page"/>
      </w:r>
    </w:p>
    <w:p w14:paraId="70EB3B95" w14:textId="77777777" w:rsidR="006A2D2B" w:rsidRDefault="00A36B6F">
      <w:pPr>
        <w:pStyle w:val="Heading1"/>
      </w:pPr>
      <w:r>
        <w:lastRenderedPageBreak/>
        <w:t>5. Supporting questions - continued</w:t>
      </w:r>
    </w:p>
    <w:p w14:paraId="0B59A4FD" w14:textId="77777777" w:rsidR="006A2D2B" w:rsidRDefault="00A36B6F">
      <w:pPr>
        <w:spacing w:after="80"/>
      </w:pPr>
      <w:r>
        <w:rPr>
          <w:b/>
          <w:color w:val="17324D"/>
          <w:sz w:val="21"/>
        </w:rPr>
        <w:t>C. This role includes lone working, closing a public building and following checklists. How would you make sure the Centre was left safe and secure at the end of a busy shift?</w:t>
      </w:r>
    </w:p>
    <w:tbl>
      <w:tblPr>
        <w:tblStyle w:val="TableGrid"/>
        <w:tblW w:w="9360" w:type="dxa"/>
        <w:tblInd w:w="120" w:type="dxa"/>
        <w:tblLayout w:type="fixed"/>
        <w:tblLook w:val="04A0" w:firstRow="1" w:lastRow="0" w:firstColumn="1" w:lastColumn="0" w:noHBand="0" w:noVBand="1"/>
      </w:tblPr>
      <w:tblGrid>
        <w:gridCol w:w="9360"/>
      </w:tblGrid>
      <w:tr w:rsidR="006A2D2B" w14:paraId="13A3F9FB" w14:textId="77777777">
        <w:tc>
          <w:tcPr>
            <w:tcW w:w="9360" w:type="dxa"/>
            <w:tcMar>
              <w:top w:w="80" w:type="dxa"/>
              <w:left w:w="120" w:type="dxa"/>
              <w:bottom w:w="80" w:type="dxa"/>
              <w:right w:w="120" w:type="dxa"/>
            </w:tcMar>
            <w:vAlign w:val="center"/>
          </w:tcPr>
          <w:p w14:paraId="091B3A15" w14:textId="77777777" w:rsidR="006A2D2B" w:rsidRDefault="00A36B6F">
            <w:pPr>
              <w:spacing w:after="140"/>
            </w:pPr>
            <w:r>
              <w:rPr>
                <w:i/>
                <w:color w:val="7A7A7A"/>
                <w:sz w:val="19"/>
              </w:rPr>
              <w:t>Type your response here.</w:t>
            </w:r>
          </w:p>
          <w:p w14:paraId="748FE5A2" w14:textId="77777777" w:rsidR="006A2D2B" w:rsidRDefault="00A36B6F">
            <w:pPr>
              <w:spacing w:after="140"/>
            </w:pPr>
            <w:r>
              <w:rPr>
                <w:sz w:val="20"/>
              </w:rPr>
              <w:t xml:space="preserve"> </w:t>
            </w:r>
          </w:p>
          <w:p w14:paraId="4F6965EC" w14:textId="77777777" w:rsidR="006A2D2B" w:rsidRDefault="00A36B6F">
            <w:pPr>
              <w:spacing w:after="140"/>
            </w:pPr>
            <w:r>
              <w:rPr>
                <w:sz w:val="20"/>
              </w:rPr>
              <w:t xml:space="preserve"> </w:t>
            </w:r>
          </w:p>
          <w:p w14:paraId="1977E222" w14:textId="77777777" w:rsidR="006A2D2B" w:rsidRDefault="00A36B6F">
            <w:pPr>
              <w:spacing w:after="140"/>
            </w:pPr>
            <w:r>
              <w:rPr>
                <w:sz w:val="20"/>
              </w:rPr>
              <w:t xml:space="preserve"> </w:t>
            </w:r>
          </w:p>
          <w:p w14:paraId="272AEC33" w14:textId="77777777" w:rsidR="006A2D2B" w:rsidRDefault="00A36B6F">
            <w:pPr>
              <w:spacing w:after="140"/>
            </w:pPr>
            <w:r>
              <w:rPr>
                <w:sz w:val="20"/>
              </w:rPr>
              <w:t xml:space="preserve"> </w:t>
            </w:r>
          </w:p>
          <w:p w14:paraId="34B41CB2" w14:textId="77777777" w:rsidR="006A2D2B" w:rsidRDefault="00A36B6F">
            <w:pPr>
              <w:spacing w:after="140"/>
            </w:pPr>
            <w:r>
              <w:rPr>
                <w:sz w:val="20"/>
              </w:rPr>
              <w:t xml:space="preserve"> </w:t>
            </w:r>
          </w:p>
          <w:p w14:paraId="7CBDAD08" w14:textId="77777777" w:rsidR="006A2D2B" w:rsidRDefault="00A36B6F">
            <w:pPr>
              <w:spacing w:after="140"/>
            </w:pPr>
            <w:r>
              <w:rPr>
                <w:sz w:val="20"/>
              </w:rPr>
              <w:t xml:space="preserve"> </w:t>
            </w:r>
          </w:p>
        </w:tc>
      </w:tr>
    </w:tbl>
    <w:p w14:paraId="14B9BF38" w14:textId="77777777" w:rsidR="006A2D2B" w:rsidRDefault="006A2D2B"/>
    <w:p w14:paraId="34E98130" w14:textId="77777777" w:rsidR="006A2D2B" w:rsidRDefault="00A36B6F">
      <w:pPr>
        <w:spacing w:after="80"/>
      </w:pPr>
      <w:r>
        <w:rPr>
          <w:b/>
          <w:color w:val="17324D"/>
          <w:sz w:val="21"/>
        </w:rPr>
        <w:t>D. What interests you about working at Whitburn Community Centre, and what strengths would you bring to the CFA team?</w:t>
      </w:r>
    </w:p>
    <w:tbl>
      <w:tblPr>
        <w:tblStyle w:val="TableGrid"/>
        <w:tblW w:w="9360" w:type="dxa"/>
        <w:tblInd w:w="120" w:type="dxa"/>
        <w:tblLayout w:type="fixed"/>
        <w:tblLook w:val="04A0" w:firstRow="1" w:lastRow="0" w:firstColumn="1" w:lastColumn="0" w:noHBand="0" w:noVBand="1"/>
      </w:tblPr>
      <w:tblGrid>
        <w:gridCol w:w="9360"/>
      </w:tblGrid>
      <w:tr w:rsidR="006A2D2B" w14:paraId="03C1BC89" w14:textId="77777777">
        <w:tc>
          <w:tcPr>
            <w:tcW w:w="9360" w:type="dxa"/>
            <w:tcMar>
              <w:top w:w="80" w:type="dxa"/>
              <w:left w:w="120" w:type="dxa"/>
              <w:bottom w:w="80" w:type="dxa"/>
              <w:right w:w="120" w:type="dxa"/>
            </w:tcMar>
            <w:vAlign w:val="center"/>
          </w:tcPr>
          <w:p w14:paraId="7D0DF0F7" w14:textId="77777777" w:rsidR="006A2D2B" w:rsidRDefault="00A36B6F">
            <w:pPr>
              <w:spacing w:after="140"/>
            </w:pPr>
            <w:r>
              <w:rPr>
                <w:i/>
                <w:color w:val="7A7A7A"/>
                <w:sz w:val="19"/>
              </w:rPr>
              <w:t>Type your response here.</w:t>
            </w:r>
          </w:p>
          <w:p w14:paraId="1AE22E77" w14:textId="77777777" w:rsidR="006A2D2B" w:rsidRDefault="00A36B6F">
            <w:pPr>
              <w:spacing w:after="140"/>
            </w:pPr>
            <w:r>
              <w:rPr>
                <w:sz w:val="20"/>
              </w:rPr>
              <w:t xml:space="preserve"> </w:t>
            </w:r>
          </w:p>
          <w:p w14:paraId="721D5315" w14:textId="77777777" w:rsidR="006A2D2B" w:rsidRDefault="00A36B6F">
            <w:pPr>
              <w:spacing w:after="140"/>
            </w:pPr>
            <w:r>
              <w:rPr>
                <w:sz w:val="20"/>
              </w:rPr>
              <w:t xml:space="preserve"> </w:t>
            </w:r>
          </w:p>
          <w:p w14:paraId="6A09543F" w14:textId="77777777" w:rsidR="006A2D2B" w:rsidRDefault="00A36B6F">
            <w:pPr>
              <w:spacing w:after="140"/>
            </w:pPr>
            <w:r>
              <w:rPr>
                <w:sz w:val="20"/>
              </w:rPr>
              <w:t xml:space="preserve"> </w:t>
            </w:r>
          </w:p>
          <w:p w14:paraId="02F1EC67" w14:textId="77777777" w:rsidR="006A2D2B" w:rsidRDefault="00A36B6F">
            <w:pPr>
              <w:spacing w:after="140"/>
            </w:pPr>
            <w:r>
              <w:rPr>
                <w:sz w:val="20"/>
              </w:rPr>
              <w:t xml:space="preserve"> </w:t>
            </w:r>
          </w:p>
          <w:p w14:paraId="1606D408" w14:textId="77777777" w:rsidR="006A2D2B" w:rsidRDefault="00A36B6F">
            <w:pPr>
              <w:spacing w:after="140"/>
            </w:pPr>
            <w:r>
              <w:rPr>
                <w:sz w:val="20"/>
              </w:rPr>
              <w:t xml:space="preserve"> </w:t>
            </w:r>
          </w:p>
          <w:p w14:paraId="1F00FB9F" w14:textId="77777777" w:rsidR="006A2D2B" w:rsidRDefault="00A36B6F">
            <w:pPr>
              <w:spacing w:after="140"/>
            </w:pPr>
            <w:r>
              <w:rPr>
                <w:sz w:val="20"/>
              </w:rPr>
              <w:t xml:space="preserve"> </w:t>
            </w:r>
          </w:p>
        </w:tc>
      </w:tr>
    </w:tbl>
    <w:p w14:paraId="3A6A88F8" w14:textId="77777777" w:rsidR="006A2D2B" w:rsidRDefault="00A36B6F">
      <w:r>
        <w:br w:type="page"/>
      </w:r>
    </w:p>
    <w:p w14:paraId="24156A96" w14:textId="77777777" w:rsidR="006A2D2B" w:rsidRDefault="00A36B6F">
      <w:pPr>
        <w:pStyle w:val="Heading1"/>
      </w:pPr>
      <w:r>
        <w:lastRenderedPageBreak/>
        <w:t>6. References</w:t>
      </w:r>
    </w:p>
    <w:p w14:paraId="64A6C3D2" w14:textId="77777777" w:rsidR="006A2D2B" w:rsidRDefault="00A36B6F">
      <w:r>
        <w:rPr>
          <w:sz w:val="20"/>
        </w:rPr>
        <w:t>Please provide two referees. One should normally be your current or most recent employer, where possible. Referees should not be relatives or close personal friends.</w:t>
      </w:r>
    </w:p>
    <w:p w14:paraId="6CB34C7E" w14:textId="77777777" w:rsidR="006A2D2B" w:rsidRDefault="00A36B6F">
      <w:pPr>
        <w:pStyle w:val="Heading2"/>
      </w:pPr>
      <w:r>
        <w:t>Referee 1</w:t>
      </w:r>
    </w:p>
    <w:tbl>
      <w:tblPr>
        <w:tblStyle w:val="TableGrid"/>
        <w:tblW w:w="9360" w:type="dxa"/>
        <w:tblInd w:w="120" w:type="dxa"/>
        <w:tblLayout w:type="fixed"/>
        <w:tblLook w:val="04A0" w:firstRow="1" w:lastRow="0" w:firstColumn="1" w:lastColumn="0" w:noHBand="0" w:noVBand="1"/>
      </w:tblPr>
      <w:tblGrid>
        <w:gridCol w:w="2700"/>
        <w:gridCol w:w="6660"/>
      </w:tblGrid>
      <w:tr w:rsidR="006A2D2B" w14:paraId="74BB70B0" w14:textId="77777777">
        <w:tc>
          <w:tcPr>
            <w:tcW w:w="2700" w:type="dxa"/>
            <w:shd w:val="clear" w:color="auto" w:fill="F2F4F7"/>
            <w:tcMar>
              <w:top w:w="80" w:type="dxa"/>
              <w:left w:w="120" w:type="dxa"/>
              <w:bottom w:w="80" w:type="dxa"/>
              <w:right w:w="120" w:type="dxa"/>
            </w:tcMar>
            <w:vAlign w:val="center"/>
          </w:tcPr>
          <w:p w14:paraId="358A6B9F" w14:textId="77777777" w:rsidR="006A2D2B" w:rsidRDefault="00A36B6F">
            <w:pPr>
              <w:spacing w:after="0"/>
            </w:pPr>
            <w:r>
              <w:rPr>
                <w:b/>
                <w:sz w:val="20"/>
              </w:rPr>
              <w:t>Name</w:t>
            </w:r>
          </w:p>
        </w:tc>
        <w:tc>
          <w:tcPr>
            <w:tcW w:w="6660" w:type="dxa"/>
            <w:tcMar>
              <w:top w:w="80" w:type="dxa"/>
              <w:left w:w="120" w:type="dxa"/>
              <w:bottom w:w="80" w:type="dxa"/>
              <w:right w:w="120" w:type="dxa"/>
            </w:tcMar>
            <w:vAlign w:val="center"/>
          </w:tcPr>
          <w:p w14:paraId="1A4F7154" w14:textId="77777777" w:rsidR="006A2D2B" w:rsidRDefault="00A36B6F">
            <w:pPr>
              <w:spacing w:after="0"/>
            </w:pPr>
            <w:r>
              <w:rPr>
                <w:color w:val="5F6872"/>
                <w:sz w:val="20"/>
              </w:rPr>
              <w:t>Click or type here</w:t>
            </w:r>
          </w:p>
        </w:tc>
      </w:tr>
      <w:tr w:rsidR="006A2D2B" w14:paraId="0068B3FC" w14:textId="77777777">
        <w:tc>
          <w:tcPr>
            <w:tcW w:w="2700" w:type="dxa"/>
            <w:shd w:val="clear" w:color="auto" w:fill="F2F4F7"/>
            <w:tcMar>
              <w:top w:w="80" w:type="dxa"/>
              <w:left w:w="120" w:type="dxa"/>
              <w:bottom w:w="80" w:type="dxa"/>
              <w:right w:w="120" w:type="dxa"/>
            </w:tcMar>
            <w:vAlign w:val="center"/>
          </w:tcPr>
          <w:p w14:paraId="55DF1396" w14:textId="77777777" w:rsidR="006A2D2B" w:rsidRDefault="00A36B6F">
            <w:pPr>
              <w:spacing w:after="0"/>
            </w:pPr>
            <w:r>
              <w:rPr>
                <w:b/>
                <w:sz w:val="20"/>
              </w:rPr>
              <w:t>Job title/relationship to you</w:t>
            </w:r>
          </w:p>
        </w:tc>
        <w:tc>
          <w:tcPr>
            <w:tcW w:w="6660" w:type="dxa"/>
            <w:tcMar>
              <w:top w:w="80" w:type="dxa"/>
              <w:left w:w="120" w:type="dxa"/>
              <w:bottom w:w="80" w:type="dxa"/>
              <w:right w:w="120" w:type="dxa"/>
            </w:tcMar>
            <w:vAlign w:val="center"/>
          </w:tcPr>
          <w:p w14:paraId="69FF40E0" w14:textId="77777777" w:rsidR="006A2D2B" w:rsidRDefault="00A36B6F">
            <w:pPr>
              <w:spacing w:after="0"/>
            </w:pPr>
            <w:r>
              <w:rPr>
                <w:color w:val="5F6872"/>
                <w:sz w:val="20"/>
              </w:rPr>
              <w:t>Click or type here</w:t>
            </w:r>
          </w:p>
        </w:tc>
      </w:tr>
      <w:tr w:rsidR="006A2D2B" w14:paraId="523141C9" w14:textId="77777777">
        <w:tc>
          <w:tcPr>
            <w:tcW w:w="2700" w:type="dxa"/>
            <w:shd w:val="clear" w:color="auto" w:fill="F2F4F7"/>
            <w:tcMar>
              <w:top w:w="80" w:type="dxa"/>
              <w:left w:w="120" w:type="dxa"/>
              <w:bottom w:w="80" w:type="dxa"/>
              <w:right w:w="120" w:type="dxa"/>
            </w:tcMar>
            <w:vAlign w:val="center"/>
          </w:tcPr>
          <w:p w14:paraId="4BCD7F85" w14:textId="77777777" w:rsidR="006A2D2B" w:rsidRDefault="00A36B6F">
            <w:pPr>
              <w:spacing w:after="0"/>
            </w:pPr>
            <w:r>
              <w:rPr>
                <w:b/>
                <w:sz w:val="20"/>
              </w:rPr>
              <w:t>Organisation</w:t>
            </w:r>
          </w:p>
        </w:tc>
        <w:tc>
          <w:tcPr>
            <w:tcW w:w="6660" w:type="dxa"/>
            <w:tcMar>
              <w:top w:w="80" w:type="dxa"/>
              <w:left w:w="120" w:type="dxa"/>
              <w:bottom w:w="80" w:type="dxa"/>
              <w:right w:w="120" w:type="dxa"/>
            </w:tcMar>
            <w:vAlign w:val="center"/>
          </w:tcPr>
          <w:p w14:paraId="25A1FB45" w14:textId="77777777" w:rsidR="006A2D2B" w:rsidRDefault="00A36B6F">
            <w:pPr>
              <w:spacing w:after="0"/>
            </w:pPr>
            <w:r>
              <w:rPr>
                <w:color w:val="5F6872"/>
                <w:sz w:val="20"/>
              </w:rPr>
              <w:t>Click or type here</w:t>
            </w:r>
          </w:p>
        </w:tc>
      </w:tr>
      <w:tr w:rsidR="006A2D2B" w14:paraId="4273699F" w14:textId="77777777">
        <w:tc>
          <w:tcPr>
            <w:tcW w:w="2700" w:type="dxa"/>
            <w:shd w:val="clear" w:color="auto" w:fill="F2F4F7"/>
            <w:tcMar>
              <w:top w:w="80" w:type="dxa"/>
              <w:left w:w="120" w:type="dxa"/>
              <w:bottom w:w="80" w:type="dxa"/>
              <w:right w:w="120" w:type="dxa"/>
            </w:tcMar>
            <w:vAlign w:val="center"/>
          </w:tcPr>
          <w:p w14:paraId="46B58CF1" w14:textId="77777777" w:rsidR="006A2D2B" w:rsidRDefault="00A36B6F">
            <w:pPr>
              <w:spacing w:after="0"/>
            </w:pPr>
            <w:r>
              <w:rPr>
                <w:b/>
                <w:sz w:val="20"/>
              </w:rPr>
              <w:t>Email</w:t>
            </w:r>
          </w:p>
        </w:tc>
        <w:tc>
          <w:tcPr>
            <w:tcW w:w="6660" w:type="dxa"/>
            <w:tcMar>
              <w:top w:w="80" w:type="dxa"/>
              <w:left w:w="120" w:type="dxa"/>
              <w:bottom w:w="80" w:type="dxa"/>
              <w:right w:w="120" w:type="dxa"/>
            </w:tcMar>
            <w:vAlign w:val="center"/>
          </w:tcPr>
          <w:p w14:paraId="3DECD9FC" w14:textId="77777777" w:rsidR="006A2D2B" w:rsidRDefault="00A36B6F">
            <w:pPr>
              <w:spacing w:after="0"/>
            </w:pPr>
            <w:r>
              <w:rPr>
                <w:color w:val="5F6872"/>
                <w:sz w:val="20"/>
              </w:rPr>
              <w:t>Click or type here</w:t>
            </w:r>
          </w:p>
        </w:tc>
      </w:tr>
      <w:tr w:rsidR="006A2D2B" w14:paraId="3D8427CF" w14:textId="77777777">
        <w:tc>
          <w:tcPr>
            <w:tcW w:w="2700" w:type="dxa"/>
            <w:shd w:val="clear" w:color="auto" w:fill="F2F4F7"/>
            <w:tcMar>
              <w:top w:w="80" w:type="dxa"/>
              <w:left w:w="120" w:type="dxa"/>
              <w:bottom w:w="80" w:type="dxa"/>
              <w:right w:w="120" w:type="dxa"/>
            </w:tcMar>
            <w:vAlign w:val="center"/>
          </w:tcPr>
          <w:p w14:paraId="60A7C0C4" w14:textId="77777777" w:rsidR="006A2D2B" w:rsidRDefault="00A36B6F">
            <w:pPr>
              <w:spacing w:after="0"/>
            </w:pPr>
            <w:r>
              <w:rPr>
                <w:b/>
                <w:sz w:val="20"/>
              </w:rPr>
              <w:t>Telephone</w:t>
            </w:r>
          </w:p>
        </w:tc>
        <w:tc>
          <w:tcPr>
            <w:tcW w:w="6660" w:type="dxa"/>
            <w:tcMar>
              <w:top w:w="80" w:type="dxa"/>
              <w:left w:w="120" w:type="dxa"/>
              <w:bottom w:w="80" w:type="dxa"/>
              <w:right w:w="120" w:type="dxa"/>
            </w:tcMar>
            <w:vAlign w:val="center"/>
          </w:tcPr>
          <w:p w14:paraId="1E9B0E66" w14:textId="77777777" w:rsidR="006A2D2B" w:rsidRDefault="00A36B6F">
            <w:pPr>
              <w:spacing w:after="0"/>
            </w:pPr>
            <w:r>
              <w:rPr>
                <w:color w:val="5F6872"/>
                <w:sz w:val="20"/>
              </w:rPr>
              <w:t>Click or type here</w:t>
            </w:r>
          </w:p>
        </w:tc>
      </w:tr>
      <w:tr w:rsidR="006A2D2B" w14:paraId="06FCD1D9" w14:textId="77777777">
        <w:tc>
          <w:tcPr>
            <w:tcW w:w="2700" w:type="dxa"/>
            <w:shd w:val="clear" w:color="auto" w:fill="F2F4F7"/>
            <w:tcMar>
              <w:top w:w="80" w:type="dxa"/>
              <w:left w:w="120" w:type="dxa"/>
              <w:bottom w:w="80" w:type="dxa"/>
              <w:right w:w="120" w:type="dxa"/>
            </w:tcMar>
            <w:vAlign w:val="center"/>
          </w:tcPr>
          <w:p w14:paraId="11F8185A" w14:textId="77777777" w:rsidR="006A2D2B" w:rsidRDefault="00A36B6F">
            <w:pPr>
              <w:spacing w:after="0"/>
            </w:pPr>
            <w:r>
              <w:rPr>
                <w:b/>
                <w:sz w:val="20"/>
              </w:rPr>
              <w:t>May we contact before a conditional offer?</w:t>
            </w:r>
          </w:p>
        </w:tc>
        <w:tc>
          <w:tcPr>
            <w:tcW w:w="6660" w:type="dxa"/>
            <w:tcMar>
              <w:top w:w="80" w:type="dxa"/>
              <w:left w:w="120" w:type="dxa"/>
              <w:bottom w:w="80" w:type="dxa"/>
              <w:right w:w="120" w:type="dxa"/>
            </w:tcMar>
            <w:vAlign w:val="center"/>
          </w:tcPr>
          <w:p w14:paraId="75CAFA9A" w14:textId="77777777" w:rsidR="006A2D2B" w:rsidRDefault="00A36B6F">
            <w:pPr>
              <w:spacing w:after="0"/>
            </w:pPr>
            <w:r>
              <w:rPr>
                <w:color w:val="5F6872"/>
                <w:sz w:val="20"/>
              </w:rPr>
              <w:t>Yes / No</w:t>
            </w:r>
          </w:p>
        </w:tc>
      </w:tr>
    </w:tbl>
    <w:p w14:paraId="2C0B1486" w14:textId="77777777" w:rsidR="006A2D2B" w:rsidRDefault="006A2D2B"/>
    <w:p w14:paraId="401F3657" w14:textId="77777777" w:rsidR="006A2D2B" w:rsidRDefault="00A36B6F">
      <w:pPr>
        <w:pStyle w:val="Heading2"/>
      </w:pPr>
      <w:r>
        <w:t>Referee 2</w:t>
      </w:r>
    </w:p>
    <w:tbl>
      <w:tblPr>
        <w:tblStyle w:val="TableGrid"/>
        <w:tblW w:w="9360" w:type="dxa"/>
        <w:tblInd w:w="120" w:type="dxa"/>
        <w:tblLayout w:type="fixed"/>
        <w:tblLook w:val="04A0" w:firstRow="1" w:lastRow="0" w:firstColumn="1" w:lastColumn="0" w:noHBand="0" w:noVBand="1"/>
      </w:tblPr>
      <w:tblGrid>
        <w:gridCol w:w="2700"/>
        <w:gridCol w:w="6660"/>
      </w:tblGrid>
      <w:tr w:rsidR="006A2D2B" w14:paraId="7E141A89" w14:textId="77777777">
        <w:tc>
          <w:tcPr>
            <w:tcW w:w="2700" w:type="dxa"/>
            <w:shd w:val="clear" w:color="auto" w:fill="F2F4F7"/>
            <w:tcMar>
              <w:top w:w="80" w:type="dxa"/>
              <w:left w:w="120" w:type="dxa"/>
              <w:bottom w:w="80" w:type="dxa"/>
              <w:right w:w="120" w:type="dxa"/>
            </w:tcMar>
            <w:vAlign w:val="center"/>
          </w:tcPr>
          <w:p w14:paraId="08748365" w14:textId="77777777" w:rsidR="006A2D2B" w:rsidRDefault="00A36B6F">
            <w:pPr>
              <w:spacing w:after="0"/>
            </w:pPr>
            <w:r>
              <w:rPr>
                <w:b/>
                <w:sz w:val="20"/>
              </w:rPr>
              <w:t>Name</w:t>
            </w:r>
          </w:p>
        </w:tc>
        <w:tc>
          <w:tcPr>
            <w:tcW w:w="6660" w:type="dxa"/>
            <w:tcMar>
              <w:top w:w="80" w:type="dxa"/>
              <w:left w:w="120" w:type="dxa"/>
              <w:bottom w:w="80" w:type="dxa"/>
              <w:right w:w="120" w:type="dxa"/>
            </w:tcMar>
            <w:vAlign w:val="center"/>
          </w:tcPr>
          <w:p w14:paraId="78E180B8" w14:textId="77777777" w:rsidR="006A2D2B" w:rsidRDefault="00A36B6F">
            <w:pPr>
              <w:spacing w:after="0"/>
            </w:pPr>
            <w:r>
              <w:rPr>
                <w:color w:val="5F6872"/>
                <w:sz w:val="20"/>
              </w:rPr>
              <w:t>Click or type here</w:t>
            </w:r>
          </w:p>
        </w:tc>
      </w:tr>
      <w:tr w:rsidR="006A2D2B" w14:paraId="766F98DF" w14:textId="77777777">
        <w:tc>
          <w:tcPr>
            <w:tcW w:w="2700" w:type="dxa"/>
            <w:shd w:val="clear" w:color="auto" w:fill="F2F4F7"/>
            <w:tcMar>
              <w:top w:w="80" w:type="dxa"/>
              <w:left w:w="120" w:type="dxa"/>
              <w:bottom w:w="80" w:type="dxa"/>
              <w:right w:w="120" w:type="dxa"/>
            </w:tcMar>
            <w:vAlign w:val="center"/>
          </w:tcPr>
          <w:p w14:paraId="644AF82C" w14:textId="77777777" w:rsidR="006A2D2B" w:rsidRDefault="00A36B6F">
            <w:pPr>
              <w:spacing w:after="0"/>
            </w:pPr>
            <w:r>
              <w:rPr>
                <w:b/>
                <w:sz w:val="20"/>
              </w:rPr>
              <w:t>Job title/relationship to you</w:t>
            </w:r>
          </w:p>
        </w:tc>
        <w:tc>
          <w:tcPr>
            <w:tcW w:w="6660" w:type="dxa"/>
            <w:tcMar>
              <w:top w:w="80" w:type="dxa"/>
              <w:left w:w="120" w:type="dxa"/>
              <w:bottom w:w="80" w:type="dxa"/>
              <w:right w:w="120" w:type="dxa"/>
            </w:tcMar>
            <w:vAlign w:val="center"/>
          </w:tcPr>
          <w:p w14:paraId="2B1F9A4F" w14:textId="77777777" w:rsidR="006A2D2B" w:rsidRDefault="00A36B6F">
            <w:pPr>
              <w:spacing w:after="0"/>
            </w:pPr>
            <w:r>
              <w:rPr>
                <w:color w:val="5F6872"/>
                <w:sz w:val="20"/>
              </w:rPr>
              <w:t>Click or type here</w:t>
            </w:r>
          </w:p>
        </w:tc>
      </w:tr>
      <w:tr w:rsidR="006A2D2B" w14:paraId="23A3AE03" w14:textId="77777777">
        <w:tc>
          <w:tcPr>
            <w:tcW w:w="2700" w:type="dxa"/>
            <w:shd w:val="clear" w:color="auto" w:fill="F2F4F7"/>
            <w:tcMar>
              <w:top w:w="80" w:type="dxa"/>
              <w:left w:w="120" w:type="dxa"/>
              <w:bottom w:w="80" w:type="dxa"/>
              <w:right w:w="120" w:type="dxa"/>
            </w:tcMar>
            <w:vAlign w:val="center"/>
          </w:tcPr>
          <w:p w14:paraId="32488A7D" w14:textId="77777777" w:rsidR="006A2D2B" w:rsidRDefault="00A36B6F">
            <w:pPr>
              <w:spacing w:after="0"/>
            </w:pPr>
            <w:r>
              <w:rPr>
                <w:b/>
                <w:sz w:val="20"/>
              </w:rPr>
              <w:t>Organisation</w:t>
            </w:r>
          </w:p>
        </w:tc>
        <w:tc>
          <w:tcPr>
            <w:tcW w:w="6660" w:type="dxa"/>
            <w:tcMar>
              <w:top w:w="80" w:type="dxa"/>
              <w:left w:w="120" w:type="dxa"/>
              <w:bottom w:w="80" w:type="dxa"/>
              <w:right w:w="120" w:type="dxa"/>
            </w:tcMar>
            <w:vAlign w:val="center"/>
          </w:tcPr>
          <w:p w14:paraId="23F5B168" w14:textId="77777777" w:rsidR="006A2D2B" w:rsidRDefault="00A36B6F">
            <w:pPr>
              <w:spacing w:after="0"/>
            </w:pPr>
            <w:r>
              <w:rPr>
                <w:color w:val="5F6872"/>
                <w:sz w:val="20"/>
              </w:rPr>
              <w:t>Click or type here</w:t>
            </w:r>
          </w:p>
        </w:tc>
      </w:tr>
      <w:tr w:rsidR="006A2D2B" w14:paraId="5BA80B2A" w14:textId="77777777">
        <w:tc>
          <w:tcPr>
            <w:tcW w:w="2700" w:type="dxa"/>
            <w:shd w:val="clear" w:color="auto" w:fill="F2F4F7"/>
            <w:tcMar>
              <w:top w:w="80" w:type="dxa"/>
              <w:left w:w="120" w:type="dxa"/>
              <w:bottom w:w="80" w:type="dxa"/>
              <w:right w:w="120" w:type="dxa"/>
            </w:tcMar>
            <w:vAlign w:val="center"/>
          </w:tcPr>
          <w:p w14:paraId="59576AA7" w14:textId="77777777" w:rsidR="006A2D2B" w:rsidRDefault="00A36B6F">
            <w:pPr>
              <w:spacing w:after="0"/>
            </w:pPr>
            <w:r>
              <w:rPr>
                <w:b/>
                <w:sz w:val="20"/>
              </w:rPr>
              <w:t>Email</w:t>
            </w:r>
          </w:p>
        </w:tc>
        <w:tc>
          <w:tcPr>
            <w:tcW w:w="6660" w:type="dxa"/>
            <w:tcMar>
              <w:top w:w="80" w:type="dxa"/>
              <w:left w:w="120" w:type="dxa"/>
              <w:bottom w:w="80" w:type="dxa"/>
              <w:right w:w="120" w:type="dxa"/>
            </w:tcMar>
            <w:vAlign w:val="center"/>
          </w:tcPr>
          <w:p w14:paraId="09A3600A" w14:textId="77777777" w:rsidR="006A2D2B" w:rsidRDefault="00A36B6F">
            <w:pPr>
              <w:spacing w:after="0"/>
            </w:pPr>
            <w:r>
              <w:rPr>
                <w:color w:val="5F6872"/>
                <w:sz w:val="20"/>
              </w:rPr>
              <w:t>Click or type here</w:t>
            </w:r>
          </w:p>
        </w:tc>
      </w:tr>
      <w:tr w:rsidR="006A2D2B" w14:paraId="21DE45A8" w14:textId="77777777">
        <w:tc>
          <w:tcPr>
            <w:tcW w:w="2700" w:type="dxa"/>
            <w:shd w:val="clear" w:color="auto" w:fill="F2F4F7"/>
            <w:tcMar>
              <w:top w:w="80" w:type="dxa"/>
              <w:left w:w="120" w:type="dxa"/>
              <w:bottom w:w="80" w:type="dxa"/>
              <w:right w:w="120" w:type="dxa"/>
            </w:tcMar>
            <w:vAlign w:val="center"/>
          </w:tcPr>
          <w:p w14:paraId="58C1388D" w14:textId="77777777" w:rsidR="006A2D2B" w:rsidRDefault="00A36B6F">
            <w:pPr>
              <w:spacing w:after="0"/>
            </w:pPr>
            <w:r>
              <w:rPr>
                <w:b/>
                <w:sz w:val="20"/>
              </w:rPr>
              <w:t>Telephone</w:t>
            </w:r>
          </w:p>
        </w:tc>
        <w:tc>
          <w:tcPr>
            <w:tcW w:w="6660" w:type="dxa"/>
            <w:tcMar>
              <w:top w:w="80" w:type="dxa"/>
              <w:left w:w="120" w:type="dxa"/>
              <w:bottom w:w="80" w:type="dxa"/>
              <w:right w:w="120" w:type="dxa"/>
            </w:tcMar>
            <w:vAlign w:val="center"/>
          </w:tcPr>
          <w:p w14:paraId="07A36174" w14:textId="77777777" w:rsidR="006A2D2B" w:rsidRDefault="00A36B6F">
            <w:pPr>
              <w:spacing w:after="0"/>
            </w:pPr>
            <w:r>
              <w:rPr>
                <w:color w:val="5F6872"/>
                <w:sz w:val="20"/>
              </w:rPr>
              <w:t>Click or type here</w:t>
            </w:r>
          </w:p>
        </w:tc>
      </w:tr>
      <w:tr w:rsidR="006A2D2B" w14:paraId="75B8159B" w14:textId="77777777">
        <w:tc>
          <w:tcPr>
            <w:tcW w:w="2700" w:type="dxa"/>
            <w:shd w:val="clear" w:color="auto" w:fill="F2F4F7"/>
            <w:tcMar>
              <w:top w:w="80" w:type="dxa"/>
              <w:left w:w="120" w:type="dxa"/>
              <w:bottom w:w="80" w:type="dxa"/>
              <w:right w:w="120" w:type="dxa"/>
            </w:tcMar>
            <w:vAlign w:val="center"/>
          </w:tcPr>
          <w:p w14:paraId="6722FF71" w14:textId="77777777" w:rsidR="006A2D2B" w:rsidRDefault="00A36B6F">
            <w:pPr>
              <w:spacing w:after="0"/>
            </w:pPr>
            <w:r>
              <w:rPr>
                <w:b/>
                <w:sz w:val="20"/>
              </w:rPr>
              <w:t>May we contact before a conditional offer?</w:t>
            </w:r>
          </w:p>
        </w:tc>
        <w:tc>
          <w:tcPr>
            <w:tcW w:w="6660" w:type="dxa"/>
            <w:tcMar>
              <w:top w:w="80" w:type="dxa"/>
              <w:left w:w="120" w:type="dxa"/>
              <w:bottom w:w="80" w:type="dxa"/>
              <w:right w:w="120" w:type="dxa"/>
            </w:tcMar>
            <w:vAlign w:val="center"/>
          </w:tcPr>
          <w:p w14:paraId="44AE81D8" w14:textId="77777777" w:rsidR="006A2D2B" w:rsidRDefault="00A36B6F">
            <w:pPr>
              <w:spacing w:after="0"/>
            </w:pPr>
            <w:r>
              <w:rPr>
                <w:color w:val="5F6872"/>
                <w:sz w:val="20"/>
              </w:rPr>
              <w:t>Yes / No</w:t>
            </w:r>
          </w:p>
        </w:tc>
      </w:tr>
    </w:tbl>
    <w:p w14:paraId="3221C8DB" w14:textId="77777777" w:rsidR="006A2D2B" w:rsidRDefault="00A36B6F">
      <w:pPr>
        <w:pStyle w:val="Heading1"/>
      </w:pPr>
      <w:r>
        <w:t>7. Declaration</w:t>
      </w:r>
    </w:p>
    <w:p w14:paraId="5523429D" w14:textId="77777777" w:rsidR="006A2D2B" w:rsidRDefault="00A36B6F">
      <w:r>
        <w:rPr>
          <w:sz w:val="20"/>
        </w:rPr>
        <w:t>I confirm that the information in this application is accurate and complete to the best of my knowledge. I understand that materially false or misleading information may result in withdrawal of an offer or disciplinary action following appointment.</w:t>
      </w:r>
    </w:p>
    <w:tbl>
      <w:tblPr>
        <w:tblStyle w:val="TableGrid"/>
        <w:tblW w:w="9360" w:type="dxa"/>
        <w:tblInd w:w="120" w:type="dxa"/>
        <w:tblLayout w:type="fixed"/>
        <w:tblLook w:val="04A0" w:firstRow="1" w:lastRow="0" w:firstColumn="1" w:lastColumn="0" w:noHBand="0" w:noVBand="1"/>
      </w:tblPr>
      <w:tblGrid>
        <w:gridCol w:w="2700"/>
        <w:gridCol w:w="6660"/>
      </w:tblGrid>
      <w:tr w:rsidR="006A2D2B" w14:paraId="3B515F2C" w14:textId="77777777">
        <w:tc>
          <w:tcPr>
            <w:tcW w:w="2700" w:type="dxa"/>
            <w:shd w:val="clear" w:color="auto" w:fill="F2F4F7"/>
            <w:tcMar>
              <w:top w:w="80" w:type="dxa"/>
              <w:left w:w="120" w:type="dxa"/>
              <w:bottom w:w="80" w:type="dxa"/>
              <w:right w:w="120" w:type="dxa"/>
            </w:tcMar>
            <w:vAlign w:val="center"/>
          </w:tcPr>
          <w:p w14:paraId="44BF5EB2" w14:textId="77777777" w:rsidR="006A2D2B" w:rsidRDefault="00A36B6F">
            <w:pPr>
              <w:spacing w:after="0"/>
            </w:pPr>
            <w:r>
              <w:rPr>
                <w:b/>
                <w:sz w:val="20"/>
              </w:rPr>
              <w:t>Applicant name</w:t>
            </w:r>
          </w:p>
        </w:tc>
        <w:tc>
          <w:tcPr>
            <w:tcW w:w="6660" w:type="dxa"/>
            <w:tcMar>
              <w:top w:w="80" w:type="dxa"/>
              <w:left w:w="120" w:type="dxa"/>
              <w:bottom w:w="80" w:type="dxa"/>
              <w:right w:w="120" w:type="dxa"/>
            </w:tcMar>
            <w:vAlign w:val="center"/>
          </w:tcPr>
          <w:p w14:paraId="7CA0AE73" w14:textId="77777777" w:rsidR="006A2D2B" w:rsidRDefault="00A36B6F">
            <w:pPr>
              <w:spacing w:after="0"/>
            </w:pPr>
            <w:r>
              <w:rPr>
                <w:color w:val="5F6872"/>
                <w:sz w:val="20"/>
              </w:rPr>
              <w:t>Click or type here</w:t>
            </w:r>
          </w:p>
        </w:tc>
      </w:tr>
      <w:tr w:rsidR="006A2D2B" w14:paraId="19DEEA9C" w14:textId="77777777">
        <w:tc>
          <w:tcPr>
            <w:tcW w:w="2700" w:type="dxa"/>
            <w:shd w:val="clear" w:color="auto" w:fill="F2F4F7"/>
            <w:tcMar>
              <w:top w:w="80" w:type="dxa"/>
              <w:left w:w="120" w:type="dxa"/>
              <w:bottom w:w="80" w:type="dxa"/>
              <w:right w:w="120" w:type="dxa"/>
            </w:tcMar>
            <w:vAlign w:val="center"/>
          </w:tcPr>
          <w:p w14:paraId="3BBCFC51" w14:textId="77777777" w:rsidR="006A2D2B" w:rsidRDefault="00A36B6F">
            <w:pPr>
              <w:spacing w:after="0"/>
            </w:pPr>
            <w:r>
              <w:rPr>
                <w:b/>
                <w:sz w:val="20"/>
              </w:rPr>
              <w:t>Signature or typed confirmation</w:t>
            </w:r>
          </w:p>
        </w:tc>
        <w:tc>
          <w:tcPr>
            <w:tcW w:w="6660" w:type="dxa"/>
            <w:tcMar>
              <w:top w:w="80" w:type="dxa"/>
              <w:left w:w="120" w:type="dxa"/>
              <w:bottom w:w="80" w:type="dxa"/>
              <w:right w:w="120" w:type="dxa"/>
            </w:tcMar>
            <w:vAlign w:val="center"/>
          </w:tcPr>
          <w:p w14:paraId="5C288764" w14:textId="77777777" w:rsidR="006A2D2B" w:rsidRDefault="00A36B6F">
            <w:pPr>
              <w:spacing w:after="0"/>
            </w:pPr>
            <w:r>
              <w:rPr>
                <w:color w:val="5F6872"/>
                <w:sz w:val="20"/>
              </w:rPr>
              <w:t>Click or type here</w:t>
            </w:r>
          </w:p>
        </w:tc>
      </w:tr>
      <w:tr w:rsidR="006A2D2B" w14:paraId="3171B2FD" w14:textId="77777777">
        <w:tc>
          <w:tcPr>
            <w:tcW w:w="2700" w:type="dxa"/>
            <w:shd w:val="clear" w:color="auto" w:fill="F2F4F7"/>
            <w:tcMar>
              <w:top w:w="80" w:type="dxa"/>
              <w:left w:w="120" w:type="dxa"/>
              <w:bottom w:w="80" w:type="dxa"/>
              <w:right w:w="120" w:type="dxa"/>
            </w:tcMar>
            <w:vAlign w:val="center"/>
          </w:tcPr>
          <w:p w14:paraId="17DB3000" w14:textId="77777777" w:rsidR="006A2D2B" w:rsidRDefault="00A36B6F">
            <w:pPr>
              <w:spacing w:after="0"/>
            </w:pPr>
            <w:r>
              <w:rPr>
                <w:b/>
                <w:sz w:val="20"/>
              </w:rPr>
              <w:t>Date</w:t>
            </w:r>
          </w:p>
        </w:tc>
        <w:tc>
          <w:tcPr>
            <w:tcW w:w="6660" w:type="dxa"/>
            <w:tcMar>
              <w:top w:w="80" w:type="dxa"/>
              <w:left w:w="120" w:type="dxa"/>
              <w:bottom w:w="80" w:type="dxa"/>
              <w:right w:w="120" w:type="dxa"/>
            </w:tcMar>
            <w:vAlign w:val="center"/>
          </w:tcPr>
          <w:p w14:paraId="4ECD34DC" w14:textId="77777777" w:rsidR="006A2D2B" w:rsidRDefault="00A36B6F">
            <w:pPr>
              <w:spacing w:after="0"/>
            </w:pPr>
            <w:r>
              <w:rPr>
                <w:color w:val="5F6872"/>
                <w:sz w:val="20"/>
              </w:rPr>
              <w:t>Click or type here</w:t>
            </w:r>
          </w:p>
        </w:tc>
      </w:tr>
      <w:tr w:rsidR="006A2D2B" w14:paraId="169CEC07" w14:textId="77777777">
        <w:tc>
          <w:tcPr>
            <w:tcW w:w="9360" w:type="dxa"/>
            <w:gridSpan w:val="2"/>
            <w:shd w:val="clear" w:color="auto" w:fill="FFF7E6"/>
            <w:tcMar>
              <w:top w:w="80" w:type="dxa"/>
              <w:left w:w="120" w:type="dxa"/>
              <w:bottom w:w="80" w:type="dxa"/>
              <w:right w:w="120" w:type="dxa"/>
            </w:tcMar>
            <w:vAlign w:val="center"/>
          </w:tcPr>
          <w:p w14:paraId="71EC704B" w14:textId="7FD310D8" w:rsidR="006A2D2B" w:rsidRPr="002C3733" w:rsidRDefault="00A36B6F">
            <w:pPr>
              <w:spacing w:after="0"/>
            </w:pPr>
            <w:r w:rsidRPr="002C3733">
              <w:rPr>
                <w:b/>
                <w:color w:val="17324D"/>
                <w:sz w:val="20"/>
              </w:rPr>
              <w:t xml:space="preserve">Return to: </w:t>
            </w:r>
            <w:r w:rsidR="002C3733" w:rsidRPr="002C3733">
              <w:rPr>
                <w:bCs/>
                <w:color w:val="17324D"/>
                <w:sz w:val="20"/>
              </w:rPr>
              <w:t>whitburncdt@yahoo.co.uk</w:t>
            </w:r>
            <w:r w:rsidRPr="002C3733">
              <w:rPr>
                <w:sz w:val="20"/>
              </w:rPr>
              <w:t xml:space="preserve"> by </w:t>
            </w:r>
            <w:r w:rsidR="002C3733" w:rsidRPr="002C3733">
              <w:rPr>
                <w:sz w:val="20"/>
              </w:rPr>
              <w:t>Monday 1</w:t>
            </w:r>
            <w:r w:rsidR="002C3733">
              <w:rPr>
                <w:sz w:val="20"/>
              </w:rPr>
              <w:t>4</w:t>
            </w:r>
            <w:r w:rsidR="002C3733" w:rsidRPr="002C3733">
              <w:rPr>
                <w:sz w:val="20"/>
                <w:vertAlign w:val="superscript"/>
              </w:rPr>
              <w:t>th</w:t>
            </w:r>
            <w:r w:rsidR="002C3733" w:rsidRPr="002C3733">
              <w:rPr>
                <w:sz w:val="20"/>
              </w:rPr>
              <w:t xml:space="preserve"> September 2026 at 5pm</w:t>
            </w:r>
          </w:p>
        </w:tc>
      </w:tr>
    </w:tbl>
    <w:p w14:paraId="1D1788E9" w14:textId="77777777" w:rsidR="006A2D2B" w:rsidRDefault="006A2D2B">
      <w:pPr>
        <w:spacing w:after="40"/>
      </w:pPr>
    </w:p>
    <w:sectPr w:rsidR="006A2D2B" w:rsidSect="00034616">
      <w:headerReference w:type="default" r:id="rId9"/>
      <w:footerReference w:type="default" r:id="rId10"/>
      <w:pgSz w:w="12240" w:h="15840"/>
      <w:pgMar w:top="1440" w:right="1440" w:bottom="1152"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602A8" w14:textId="77777777" w:rsidR="008D263A" w:rsidRDefault="008D263A">
      <w:pPr>
        <w:spacing w:after="0" w:line="240" w:lineRule="auto"/>
      </w:pPr>
      <w:r>
        <w:separator/>
      </w:r>
    </w:p>
  </w:endnote>
  <w:endnote w:type="continuationSeparator" w:id="0">
    <w:p w14:paraId="3652F986" w14:textId="77777777" w:rsidR="008D263A" w:rsidRDefault="008D26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34396" w14:textId="77777777" w:rsidR="006A2D2B" w:rsidRDefault="006A2D2B">
    <w:pPr>
      <w:pStyle w:val="Footer"/>
    </w:pPr>
  </w:p>
  <w:tbl>
    <w:tblPr>
      <w:tblW w:w="0" w:type="auto"/>
      <w:tblLayout w:type="fixed"/>
      <w:tblLook w:val="04A0" w:firstRow="1" w:lastRow="0" w:firstColumn="1" w:lastColumn="0" w:noHBand="0" w:noVBand="1"/>
    </w:tblPr>
    <w:tblGrid>
      <w:gridCol w:w="4680"/>
      <w:gridCol w:w="4680"/>
    </w:tblGrid>
    <w:tr w:rsidR="006A2D2B" w14:paraId="0F98AD24" w14:textId="77777777">
      <w:tc>
        <w:tcPr>
          <w:tcW w:w="4680" w:type="dxa"/>
          <w:tcMar>
            <w:top w:w="0" w:type="dxa"/>
            <w:left w:w="0" w:type="dxa"/>
            <w:bottom w:w="0" w:type="dxa"/>
            <w:right w:w="0" w:type="dxa"/>
          </w:tcMar>
        </w:tcPr>
        <w:p w14:paraId="6284C195" w14:textId="77DBE3E2" w:rsidR="006A2D2B" w:rsidRDefault="00A36B6F">
          <w:pPr>
            <w:spacing w:after="0"/>
          </w:pPr>
          <w:r>
            <w:rPr>
              <w:color w:val="5F6872"/>
              <w:sz w:val="17"/>
            </w:rPr>
            <w:t>Community Facilities Assistant</w:t>
          </w:r>
        </w:p>
      </w:tc>
      <w:tc>
        <w:tcPr>
          <w:tcW w:w="4680" w:type="dxa"/>
          <w:tcMar>
            <w:top w:w="0" w:type="dxa"/>
            <w:left w:w="0" w:type="dxa"/>
            <w:bottom w:w="0" w:type="dxa"/>
            <w:right w:w="0" w:type="dxa"/>
          </w:tcMar>
        </w:tcPr>
        <w:p w14:paraId="1A036725" w14:textId="77777777" w:rsidR="006A2D2B" w:rsidRDefault="00A36B6F">
          <w:pPr>
            <w:jc w:val="right"/>
          </w:pPr>
          <w:r>
            <w:rPr>
              <w:color w:val="5F6872"/>
              <w:sz w:val="18"/>
            </w:rPr>
            <w:fldChar w:fldCharType="begin"/>
          </w:r>
          <w:r>
            <w:rPr>
              <w:color w:val="5F6872"/>
              <w:sz w:val="18"/>
            </w:rPr>
            <w:instrText xml:space="preserve"> PAGE </w:instrText>
          </w:r>
          <w:r>
            <w:rPr>
              <w:color w:val="5F6872"/>
              <w:sz w:val="18"/>
            </w:rPr>
            <w:fldChar w:fldCharType="separate"/>
          </w:r>
          <w:r w:rsidR="00BC756F">
            <w:rPr>
              <w:noProof/>
              <w:color w:val="5F6872"/>
              <w:sz w:val="18"/>
            </w:rPr>
            <w:t>1</w:t>
          </w:r>
          <w:r>
            <w:rPr>
              <w:color w:val="5F6872"/>
              <w:sz w:val="18"/>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FB7DE" w14:textId="77777777" w:rsidR="008D263A" w:rsidRDefault="008D263A">
      <w:pPr>
        <w:spacing w:after="0" w:line="240" w:lineRule="auto"/>
      </w:pPr>
      <w:r>
        <w:separator/>
      </w:r>
    </w:p>
  </w:footnote>
  <w:footnote w:type="continuationSeparator" w:id="0">
    <w:p w14:paraId="3B937820" w14:textId="77777777" w:rsidR="008D263A" w:rsidRDefault="008D26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BF7D9" w14:textId="77777777" w:rsidR="006A2D2B" w:rsidRDefault="00A36B6F">
    <w:pPr>
      <w:pStyle w:val="Header"/>
      <w:pBdr>
        <w:bottom w:val="single" w:sz="6" w:space="4" w:color="D7DBE2"/>
      </w:pBdr>
    </w:pPr>
    <w:r>
      <w:rPr>
        <w:b/>
        <w:color w:val="5F6872"/>
        <w:sz w:val="17"/>
      </w:rPr>
      <w:t>WHITBURN AND DISTRICT COMMUNITY DEVELOPMENT TRUST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66B1857"/>
    <w:multiLevelType w:val="singleLevel"/>
    <w:tmpl w:val="0A744D50"/>
    <w:lvl w:ilvl="0">
      <w:start w:val="1"/>
      <w:numFmt w:val="bullet"/>
      <w:pStyle w:val="ListBullet"/>
      <w:lvlText w:val="•"/>
      <w:lvlJc w:val="left"/>
      <w:pPr>
        <w:tabs>
          <w:tab w:val="num" w:pos="720"/>
        </w:tabs>
        <w:spacing w:after="100" w:line="280" w:lineRule="auto"/>
        <w:ind w:left="720" w:hanging="360"/>
      </w:pPr>
    </w:lvl>
  </w:abstractNum>
  <w:num w:numId="1" w16cid:durableId="177454718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E5341"/>
    <w:rsid w:val="0015074B"/>
    <w:rsid w:val="00211DF7"/>
    <w:rsid w:val="002910A1"/>
    <w:rsid w:val="00294486"/>
    <w:rsid w:val="0029639D"/>
    <w:rsid w:val="002C3733"/>
    <w:rsid w:val="00326F90"/>
    <w:rsid w:val="003437B4"/>
    <w:rsid w:val="003775E4"/>
    <w:rsid w:val="003A0D49"/>
    <w:rsid w:val="003A249C"/>
    <w:rsid w:val="003D0E95"/>
    <w:rsid w:val="0045235F"/>
    <w:rsid w:val="004679AD"/>
    <w:rsid w:val="0053757D"/>
    <w:rsid w:val="00584DA4"/>
    <w:rsid w:val="00597C3C"/>
    <w:rsid w:val="006A2D2B"/>
    <w:rsid w:val="006B5A7D"/>
    <w:rsid w:val="0071075D"/>
    <w:rsid w:val="008B20B0"/>
    <w:rsid w:val="008D263A"/>
    <w:rsid w:val="008E0F10"/>
    <w:rsid w:val="00971E10"/>
    <w:rsid w:val="00A36B6F"/>
    <w:rsid w:val="00A732D5"/>
    <w:rsid w:val="00AA1D8D"/>
    <w:rsid w:val="00B47730"/>
    <w:rsid w:val="00BC756F"/>
    <w:rsid w:val="00C20A01"/>
    <w:rsid w:val="00CB0664"/>
    <w:rsid w:val="00CF3579"/>
    <w:rsid w:val="00D45C85"/>
    <w:rsid w:val="00DA5C67"/>
    <w:rsid w:val="00EA4A09"/>
    <w:rsid w:val="00ED30F3"/>
    <w:rsid w:val="00FC693F"/>
    <w:rsid w:val="00FE26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038C16C"/>
  <w14:defaultImageDpi w14:val="300"/>
  <w15:docId w15:val="{A82CA709-5093-4885-900D-EAD9908D9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Calibri" w:hAnsi="Calibri"/>
      <w:color w:val="222222"/>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outlineLvl w:val="1"/>
    </w:pPr>
    <w:rPr>
      <w:rFonts w:asciiTheme="majorHAnsi" w:eastAsiaTheme="majorEastAsia" w:hAnsiTheme="majorHAnsi" w:cstheme="majorBid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17324D"/>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360"/>
      </w:tabs>
      <w:contextualSpacing/>
    </w:pPr>
  </w:style>
  <w:style w:type="paragraph" w:styleId="ListBullet3">
    <w:name w:val="List Bullet 3"/>
    <w:basedOn w:val="Normal"/>
    <w:uiPriority w:val="99"/>
    <w:unhideWhenUsed/>
    <w:rsid w:val="00326F90"/>
    <w:pPr>
      <w:tabs>
        <w:tab w:val="num" w:pos="360"/>
      </w:tabs>
      <w:contextualSpacing/>
    </w:pPr>
  </w:style>
  <w:style w:type="paragraph" w:styleId="ListNumber">
    <w:name w:val="List Number"/>
    <w:basedOn w:val="Normal"/>
    <w:uiPriority w:val="99"/>
    <w:unhideWhenUsed/>
    <w:rsid w:val="00326F90"/>
    <w:pPr>
      <w:tabs>
        <w:tab w:val="num" w:pos="360"/>
      </w:tabs>
      <w:contextualSpacing/>
    </w:pPr>
  </w:style>
  <w:style w:type="paragraph" w:styleId="ListNumber2">
    <w:name w:val="List Number 2"/>
    <w:basedOn w:val="Normal"/>
    <w:uiPriority w:val="99"/>
    <w:unhideWhenUsed/>
    <w:rsid w:val="0029639D"/>
    <w:pPr>
      <w:tabs>
        <w:tab w:val="num" w:pos="360"/>
      </w:tabs>
      <w:contextualSpacing/>
    </w:pPr>
  </w:style>
  <w:style w:type="paragraph" w:styleId="ListNumber3">
    <w:name w:val="List Number 3"/>
    <w:basedOn w:val="Normal"/>
    <w:uiPriority w:val="99"/>
    <w:unhideWhenUsed/>
    <w:rsid w:val="0029639D"/>
    <w:pPr>
      <w:tabs>
        <w:tab w:val="num" w:pos="360"/>
      </w:tabs>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FABullet">
    <w:name w:val="CFA Bullet"/>
    <w:basedOn w:val="Normal"/>
    <w:pPr>
      <w:tabs>
        <w:tab w:val="num" w:pos="720"/>
      </w:tabs>
      <w:spacing w:after="100" w:line="280" w:lineRule="auto"/>
      <w:ind w:left="720" w:hanging="360"/>
    </w:pPr>
  </w:style>
  <w:style w:type="paragraph" w:styleId="NormalWeb">
    <w:name w:val="Normal (Web)"/>
    <w:basedOn w:val="Normal"/>
    <w:uiPriority w:val="99"/>
    <w:semiHidden/>
    <w:unhideWhenUsed/>
    <w:rsid w:val="003D0E95"/>
    <w:pPr>
      <w:spacing w:before="100" w:beforeAutospacing="1" w:after="100" w:afterAutospacing="1" w:line="240" w:lineRule="auto"/>
    </w:pPr>
    <w:rPr>
      <w:rFonts w:ascii="Times New Roman" w:hAnsi="Times New Roman" w:cs="Times New Roman"/>
      <w:color w:val="auto"/>
      <w:kern w:val="2"/>
      <w:sz w:val="24"/>
      <w:szCs w:val="24"/>
      <w:lang w:val="en-GB" w:eastAsia="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13</Pages>
  <Words>2518</Words>
  <Characters>14358</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Community Facilities Assistant Recruitment and Application Pack</vt:lpstr>
    </vt:vector>
  </TitlesOfParts>
  <Manager/>
  <Company/>
  <LinksUpToDate>false</LinksUpToDate>
  <CharactersWithSpaces>16843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Facilities Assistant Recruitment and Application Pack</dc:title>
  <dc:subject>Draft for HR and Board approval</dc:subject>
  <dc:creator>Whitburn and District Community Development Trust</dc:creator>
  <cp:keywords>recruitment, community facilities assistant, Whitburn Community Centre</cp:keywords>
  <dc:description>generated by python-docx</dc:description>
  <cp:lastModifiedBy>Billie Hamilton</cp:lastModifiedBy>
  <cp:revision>7</cp:revision>
  <dcterms:created xsi:type="dcterms:W3CDTF">2026-08-21T09:23:00Z</dcterms:created>
  <dcterms:modified xsi:type="dcterms:W3CDTF">2026-08-21T09:54:00Z</dcterms:modified>
  <cp:category/>
</cp:coreProperties>
</file>